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Storekeeper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[Warehouse / Supply chain]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[Warehouse supervisor / Procurement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[Warehouse or site, city]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receive, store and issue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’s </w:t>
      </w:r>
      <w:r>
        <w:rPr>
          <w:rFonts w:ascii="Arial" w:hAnsi="Arial" w:cs="Arial"/>
          <w:b w:val="0"/>
          <w:sz w:val="24"/>
          <w:highlight w:val="yellow"/>
        </w:rPr>
        <w:t>[Materials / goods]</w:t>
      </w:r>
      <w:r>
        <w:rPr>
          <w:rFonts w:ascii="Arial" w:hAnsi="Arial" w:cs="Arial"/>
          <w:b w:val="0"/>
          <w:sz w:val="24"/>
        </w:rPr>
        <w:t xml:space="preserve"> accurately and safely, so that stock records match what is on the shelves.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Receive deliveries and check quantity, condition and documents against the purchase order and delivery note.</w:t>
      </w:r>
      <w:r>
        <w:br/>
      </w:r>
      <w:r>
        <w:rPr>
          <w:rFonts w:ascii="Arial" w:hAnsi="Arial" w:cs="Arial"/>
          <w:b w:val="0"/>
          <w:sz w:val="24"/>
        </w:rPr>
        <w:t xml:space="preserve">- Record goods received, issued and returned in </w:t>
      </w:r>
      <w:r>
        <w:rPr>
          <w:rFonts w:ascii="Arial" w:hAnsi="Arial" w:cs="Arial"/>
          <w:b w:val="0"/>
          <w:sz w:val="24"/>
          <w:highlight w:val="yellow"/>
        </w:rPr>
        <w:t>[Inventory system]</w:t>
      </w:r>
      <w:r>
        <w:rPr>
          <w:rFonts w:ascii="Arial" w:hAnsi="Arial" w:cs="Arial"/>
          <w:b w:val="0"/>
          <w:sz w:val="24"/>
        </w:rPr>
        <w:t xml:space="preserve"> the same day.</w:t>
      </w:r>
      <w:r>
        <w:br/>
      </w:r>
      <w:r>
        <w:rPr>
          <w:rFonts w:ascii="Arial" w:hAnsi="Arial" w:cs="Arial"/>
          <w:b w:val="0"/>
          <w:sz w:val="24"/>
        </w:rPr>
        <w:t>- Store items in their assigned locations, labelled and protected from damage.</w:t>
      </w:r>
      <w:r>
        <w:br/>
      </w:r>
      <w:r>
        <w:rPr>
          <w:rFonts w:ascii="Arial" w:hAnsi="Arial" w:cs="Arial"/>
          <w:b w:val="0"/>
          <w:sz w:val="24"/>
        </w:rPr>
        <w:t>- Rotate stock on a first-in, first-out or first-expiry, first-out basis, as applicable.</w:t>
      </w:r>
      <w:r>
        <w:br/>
      </w:r>
      <w:r>
        <w:rPr>
          <w:rFonts w:ascii="Arial" w:hAnsi="Arial" w:cs="Arial"/>
          <w:b w:val="0"/>
          <w:sz w:val="24"/>
        </w:rPr>
        <w:t>- Issue materials only against approved requests and obtain signatures.</w:t>
      </w:r>
      <w:r>
        <w:br/>
      </w:r>
      <w:r>
        <w:rPr>
          <w:rFonts w:ascii="Arial" w:hAnsi="Arial" w:cs="Arial"/>
          <w:b w:val="0"/>
          <w:sz w:val="24"/>
        </w:rPr>
        <w:t>- Run daily or weekly cycle counts and take part in the annual stocktake.</w:t>
      </w:r>
      <w:r>
        <w:br/>
      </w:r>
      <w:r>
        <w:rPr>
          <w:rFonts w:ascii="Arial" w:hAnsi="Arial" w:cs="Arial"/>
          <w:b w:val="0"/>
          <w:sz w:val="24"/>
        </w:rPr>
        <w:t>- Investigate and report differences between the system and the physical stock.</w:t>
      </w:r>
      <w:r>
        <w:br/>
      </w:r>
      <w:r>
        <w:rPr>
          <w:rFonts w:ascii="Arial" w:hAnsi="Arial" w:cs="Arial"/>
          <w:b w:val="0"/>
          <w:sz w:val="24"/>
        </w:rPr>
        <w:t>- Report minimum stock levels so that purchasing can reorder in time.</w:t>
      </w:r>
      <w:r>
        <w:br/>
      </w:r>
      <w:r>
        <w:rPr>
          <w:rFonts w:ascii="Arial" w:hAnsi="Arial" w:cs="Arial"/>
          <w:b w:val="0"/>
          <w:sz w:val="24"/>
        </w:rPr>
        <w:t>- Separate and report damaged, expired and slow-moving items.</w:t>
      </w:r>
      <w:r>
        <w:br/>
      </w:r>
      <w:r>
        <w:rPr>
          <w:rFonts w:ascii="Arial" w:hAnsi="Arial" w:cs="Arial"/>
          <w:b w:val="0"/>
          <w:sz w:val="24"/>
        </w:rPr>
        <w:t>- Keep the store clean, aisles clear and fire and safety equipment accessible.</w:t>
      </w:r>
      <w:r>
        <w:br/>
      </w:r>
      <w:r>
        <w:rPr>
          <w:rFonts w:ascii="Arial" w:hAnsi="Arial" w:cs="Arial"/>
          <w:b w:val="0"/>
          <w:sz w:val="24"/>
        </w:rPr>
        <w:t>- Follow the company’s health and safety rules for lifting, racking and handling equipment.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 / Diploma]</w:t>
      </w:r>
      <w:r>
        <w:rPr>
          <w:rFonts w:ascii="Arial" w:hAnsi="Arial" w:cs="Arial"/>
          <w:b w:val="0"/>
          <w:sz w:val="24"/>
        </w:rPr>
        <w:t xml:space="preserve"> in logistics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experience in a store or warehouse.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Accuracy with counts and records.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[Inventory or ERP system]</w:t>
      </w:r>
      <w:r>
        <w:rPr>
          <w:rFonts w:ascii="Arial" w:hAnsi="Arial" w:cs="Arial"/>
          <w:b w:val="0"/>
          <w:sz w:val="24"/>
        </w:rPr>
        <w:t xml:space="preserve"> and basic Excel.</w:t>
      </w:r>
      <w:r>
        <w:br/>
      </w:r>
      <w:r>
        <w:rPr>
          <w:rFonts w:ascii="Arial" w:hAnsi="Arial" w:cs="Arial"/>
          <w:b w:val="0"/>
          <w:sz w:val="24"/>
        </w:rPr>
        <w:t>- Working Arabic and/or English to read documents and deal with suppliers.</w:t>
      </w:r>
      <w:r>
        <w:br/>
      </w:r>
      <w:r>
        <w:rPr>
          <w:rFonts w:ascii="Arial" w:hAnsi="Arial" w:cs="Arial"/>
          <w:b w:val="0"/>
          <w:sz w:val="24"/>
        </w:rPr>
        <w:t>- Organisation, honesty and attention to safety.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any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[Warehouse address]</w:t>
      </w:r>
      <w:r>
        <w:rPr>
          <w:rFonts w:ascii="Arial" w:hAnsi="Arial" w:cs="Arial"/>
          <w:b w:val="0"/>
          <w:sz w:val="24"/>
        </w:rPr>
        <w:t xml:space="preserve">, which may involve standing, lifting and working in </w:t>
      </w:r>
      <w:r>
        <w:rPr>
          <w:rFonts w:ascii="Arial" w:hAnsi="Arial" w:cs="Arial"/>
          <w:b w:val="0"/>
          <w:sz w:val="24"/>
          <w:highlight w:val="yellow"/>
        </w:rPr>
        <w:t>[Temperature or site conditions]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Storekeeper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