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Sales representative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[Sales]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[Sales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 and territory]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[field / office based]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grow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’s sales of </w:t>
      </w:r>
      <w:r>
        <w:rPr>
          <w:rFonts w:ascii="Arial" w:hAnsi="Arial" w:cs="Arial"/>
          <w:b w:val="0"/>
          <w:sz w:val="24"/>
          <w:highlight w:val="yellow"/>
        </w:rPr>
        <w:t>[Products or services]</w:t>
      </w:r>
      <w:r>
        <w:rPr>
          <w:rFonts w:ascii="Arial" w:hAnsi="Arial" w:cs="Arial"/>
          <w:b w:val="0"/>
          <w:sz w:val="24"/>
        </w:rPr>
        <w:t xml:space="preserve"> in </w:t>
      </w:r>
      <w:r>
        <w:rPr>
          <w:rFonts w:ascii="Arial" w:hAnsi="Arial" w:cs="Arial"/>
          <w:b w:val="0"/>
          <w:sz w:val="24"/>
          <w:highlight w:val="yellow"/>
        </w:rPr>
        <w:t>[Territory or customer segment]</w:t>
      </w:r>
      <w:r>
        <w:rPr>
          <w:rFonts w:ascii="Arial" w:hAnsi="Arial" w:cs="Arial"/>
          <w:b w:val="0"/>
          <w:sz w:val="24"/>
        </w:rPr>
        <w:t xml:space="preserve"> by building lasting relationships with customers and meeting agreed targets.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Find and qualify new customers in </w:t>
      </w:r>
      <w:r>
        <w:rPr>
          <w:rFonts w:ascii="Arial" w:hAnsi="Arial" w:cs="Arial"/>
          <w:b w:val="0"/>
          <w:sz w:val="24"/>
          <w:highlight w:val="yellow"/>
        </w:rPr>
        <w:t>[Territory or segment]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Visit existing and prospective customers on an agreed plan.</w:t>
      </w:r>
      <w:r>
        <w:br/>
      </w:r>
      <w:r>
        <w:rPr>
          <w:rFonts w:ascii="Arial" w:hAnsi="Arial" w:cs="Arial"/>
          <w:b w:val="0"/>
          <w:sz w:val="24"/>
        </w:rPr>
        <w:t>- Present products and services and explain prices and terms.</w:t>
      </w:r>
      <w:r>
        <w:br/>
      </w:r>
      <w:r>
        <w:rPr>
          <w:rFonts w:ascii="Arial" w:hAnsi="Arial" w:cs="Arial"/>
          <w:b w:val="0"/>
          <w:sz w:val="24"/>
        </w:rPr>
        <w:t>- Prepare quotations and follow them up until a decision is made.</w:t>
      </w:r>
      <w:r>
        <w:br/>
      </w:r>
      <w:r>
        <w:rPr>
          <w:rFonts w:ascii="Arial" w:hAnsi="Arial" w:cs="Arial"/>
          <w:b w:val="0"/>
          <w:sz w:val="24"/>
        </w:rPr>
        <w:t>- Take orders and coordinate delivery with the warehouse and logistics.</w:t>
      </w:r>
      <w:r>
        <w:br/>
      </w:r>
      <w:r>
        <w:rPr>
          <w:rFonts w:ascii="Arial" w:hAnsi="Arial" w:cs="Arial"/>
          <w:b w:val="0"/>
          <w:sz w:val="24"/>
        </w:rPr>
        <w:t xml:space="preserve">- Meet monthly and quarterly sales targets for </w:t>
      </w:r>
      <w:r>
        <w:rPr>
          <w:rFonts w:ascii="Arial" w:hAnsi="Arial" w:cs="Arial"/>
          <w:b w:val="0"/>
          <w:sz w:val="24"/>
          <w:highlight w:val="yellow"/>
        </w:rPr>
        <w:t>[Products or accounts]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Keep customer details, visits and opportunities up to date in </w:t>
      </w:r>
      <w:r>
        <w:rPr>
          <w:rFonts w:ascii="Arial" w:hAnsi="Arial" w:cs="Arial"/>
          <w:b w:val="0"/>
          <w:sz w:val="24"/>
          <w:highlight w:val="yellow"/>
        </w:rPr>
        <w:t>[CRM]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Follow up overdue payments with customers and the finance team.</w:t>
      </w:r>
      <w:r>
        <w:br/>
      </w:r>
      <w:r>
        <w:rPr>
          <w:rFonts w:ascii="Arial" w:hAnsi="Arial" w:cs="Arial"/>
          <w:b w:val="0"/>
          <w:sz w:val="24"/>
        </w:rPr>
        <w:t>- Handle customer questions and complaints, or pass them to the right team.</w:t>
      </w:r>
      <w:r>
        <w:br/>
      </w:r>
      <w:r>
        <w:rPr>
          <w:rFonts w:ascii="Arial" w:hAnsi="Arial" w:cs="Arial"/>
          <w:b w:val="0"/>
          <w:sz w:val="24"/>
        </w:rPr>
        <w:t>- Report on market trends, competitor prices and customer feedback.</w:t>
      </w:r>
      <w:r>
        <w:br/>
      </w:r>
      <w:r>
        <w:rPr>
          <w:rFonts w:ascii="Arial" w:hAnsi="Arial" w:cs="Arial"/>
          <w:b w:val="0"/>
          <w:sz w:val="24"/>
        </w:rPr>
        <w:t>- Represent the company at exhibitions and events when asked.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[Diploma / Bachelor’s degree]</w:t>
      </w:r>
      <w:r>
        <w:rPr>
          <w:rFonts w:ascii="Arial" w:hAnsi="Arial" w:cs="Arial"/>
          <w:b w:val="0"/>
          <w:sz w:val="24"/>
        </w:rPr>
        <w:t xml:space="preserve"> in business, marketing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sales experience, preferably in </w:t>
      </w:r>
      <w:r>
        <w:rPr>
          <w:rFonts w:ascii="Arial" w:hAnsi="Arial" w:cs="Arial"/>
          <w:b w:val="0"/>
          <w:sz w:val="24"/>
          <w:highlight w:val="yellow"/>
        </w:rPr>
        <w:t>[Industry]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A valid Saudi driving licence where the role involves driving to customers.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Clear and persuasive communication in Arabic and English.</w:t>
      </w:r>
      <w:r>
        <w:br/>
      </w:r>
      <w:r>
        <w:rPr>
          <w:rFonts w:ascii="Arial" w:hAnsi="Arial" w:cs="Arial"/>
          <w:b w:val="0"/>
          <w:sz w:val="24"/>
        </w:rPr>
        <w:t>- Negotiation and follow-up skills.</w:t>
      </w:r>
      <w:r>
        <w:br/>
      </w:r>
      <w:r>
        <w:rPr>
          <w:rFonts w:ascii="Arial" w:hAnsi="Arial" w:cs="Arial"/>
          <w:b w:val="0"/>
          <w:sz w:val="24"/>
        </w:rPr>
        <w:t>- Ability to plan visits and manage time in the field.</w:t>
      </w:r>
      <w:r>
        <w:br/>
      </w:r>
      <w:r>
        <w:rPr>
          <w:rFonts w:ascii="Arial" w:hAnsi="Arial" w:cs="Arial"/>
          <w:b w:val="0"/>
          <w:sz w:val="24"/>
        </w:rPr>
        <w:t xml:space="preserve">- Experience with </w:t>
      </w:r>
      <w:r>
        <w:rPr>
          <w:rFonts w:ascii="Arial" w:hAnsi="Arial" w:cs="Arial"/>
          <w:b w:val="0"/>
          <w:sz w:val="24"/>
          <w:highlight w:val="yellow"/>
        </w:rPr>
        <w:t>[CRM]</w:t>
      </w:r>
      <w:r>
        <w:rPr>
          <w:rFonts w:ascii="Arial" w:hAnsi="Arial" w:cs="Arial"/>
          <w:b w:val="0"/>
          <w:sz w:val="24"/>
        </w:rPr>
        <w:t xml:space="preserve"> and basic Excel.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and field visits in the territory]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[Commission or bonus scheme]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[Transport allowance or company car]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representative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