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[Commercial registration number]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[Address]</w:t>
      </w:r>
      <w:r>
        <w:rPr>
          <w:rFonts w:ascii="Arial" w:hAnsi="Arial" w:cs="Arial"/>
          <w:b w:val="0"/>
          <w:sz w:val="24"/>
        </w:rPr>
        <w:t xml:space="preserve"> · </w:t>
      </w:r>
      <w:r>
        <w:rPr>
          <w:rFonts w:ascii="Arial" w:hAnsi="Arial" w:cs="Arial"/>
          <w:b w:val="0"/>
          <w:sz w:val="24"/>
          <w:highlight w:val="yellow"/>
        </w:rPr>
        <w:t>[Phone]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br/>
      </w:r>
      <w:r>
        <w:rPr>
          <w:rFonts w:ascii="Arial" w:hAnsi="Arial" w:cs="Arial"/>
          <w:b w:val="0"/>
          <w:sz w:val="24"/>
        </w:rPr>
        <w:t xml:space="preserve">Reference: </w:t>
      </w:r>
      <w:r>
        <w:rPr>
          <w:rFonts w:ascii="Arial" w:hAnsi="Arial" w:cs="Arial"/>
          <w:b w:val="0"/>
          <w:sz w:val="24"/>
          <w:highlight w:val="yellow"/>
        </w:rPr>
        <w:t>[Reference number]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To: </w:t>
      </w:r>
      <w:r>
        <w:rPr>
          <w:rFonts w:ascii="Arial" w:hAnsi="Arial" w:cs="Arial"/>
          <w:b w:val="0"/>
          <w:sz w:val="24"/>
          <w:highlight w:val="yellow"/>
        </w:rPr>
        <w:t>[Name of the bank, embassy or organisation, or “To whom it may concern”]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Subject: Salary certificate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We certify that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rPr>
          <w:rFonts w:ascii="Arial" w:hAnsi="Arial" w:cs="Arial"/>
          <w:b w:val="0"/>
          <w:sz w:val="24"/>
        </w:rPr>
        <w:t xml:space="preserve">, a </w:t>
      </w:r>
      <w:r>
        <w:rPr>
          <w:rFonts w:ascii="Arial" w:hAnsi="Arial" w:cs="Arial"/>
          <w:b w:val="0"/>
          <w:sz w:val="24"/>
          <w:highlight w:val="yellow"/>
        </w:rPr>
        <w:t>[Nationality]</w:t>
      </w:r>
      <w:r>
        <w:rPr>
          <w:rFonts w:ascii="Arial" w:hAnsi="Arial" w:cs="Arial"/>
          <w:b w:val="0"/>
          <w:sz w:val="24"/>
        </w:rPr>
        <w:t xml:space="preserve"> national holding </w:t>
      </w:r>
      <w:r>
        <w:rPr>
          <w:rFonts w:ascii="Arial" w:hAnsi="Arial" w:cs="Arial"/>
          <w:b w:val="0"/>
          <w:sz w:val="24"/>
          <w:highlight w:val="yellow"/>
        </w:rPr>
        <w:t>[National ID / Iqama]</w:t>
      </w:r>
      <w:r>
        <w:rPr>
          <w:rFonts w:ascii="Arial" w:hAnsi="Arial" w:cs="Arial"/>
          <w:b w:val="0"/>
          <w:sz w:val="24"/>
        </w:rPr>
        <w:t xml:space="preserve"> number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, has been employed by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 since </w:t>
      </w:r>
      <w:r>
        <w:rPr>
          <w:rFonts w:ascii="Arial" w:hAnsi="Arial" w:cs="Arial"/>
          <w:b w:val="0"/>
          <w:sz w:val="24"/>
          <w:highlight w:val="yellow"/>
        </w:rPr>
        <w:t>[Joining date]</w:t>
      </w:r>
      <w:r>
        <w:rPr>
          <w:rFonts w:ascii="Arial" w:hAnsi="Arial" w:cs="Arial"/>
          <w:b w:val="0"/>
          <w:sz w:val="24"/>
        </w:rPr>
        <w:t xml:space="preserve"> as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rPr>
          <w:rFonts w:ascii="Arial" w:hAnsi="Arial" w:cs="Arial"/>
          <w:b w:val="0"/>
          <w:sz w:val="24"/>
        </w:rPr>
        <w:t>, and is still in our employment as of the date of this letter.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The employee’s monthly salary is as follows:</w:t>
      </w:r>
      <w:r>
        <w:br/>
      </w:r>
      <w:r>
        <w:rPr>
          <w:rFonts w:ascii="Arial" w:hAnsi="Arial" w:cs="Arial"/>
          <w:b w:val="0"/>
          <w:sz w:val="24"/>
        </w:rPr>
        <w:t xml:space="preserve">Basic salary: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Housing allowance: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Transport allowance: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Other allowances: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Total monthly salary: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This certificate has been issued at the employee’s request, without any liability on the company beyond the information stated above.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  <w:highlight w:val="yellow"/>
        </w:rPr>
        <w:t>[Name of the authorised signatory]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[Signature and company stamp]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certificate template (salary introduction letter)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