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Date: </w:t>
      </w:r>
      <w:r>
        <w:rPr>
          <w:rFonts w:ascii="Arial" w:hAnsi="Arial" w:cs="Arial"/>
          <w:b w:val="0"/>
          <w:sz w:val="24"/>
          <w:highlight w:val="yellow"/>
        </w:rPr>
        <w:t>[DD/MM/YYYY]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To: </w:t>
      </w:r>
      <w:r>
        <w:rPr>
          <w:rFonts w:ascii="Arial" w:hAnsi="Arial" w:cs="Arial"/>
          <w:b w:val="0"/>
          <w:sz w:val="24"/>
          <w:highlight w:val="yellow"/>
        </w:rPr>
        <w:t>[Manager’s name]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[Manager’s title]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[Company name]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Subject: Resignation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Dear </w:t>
      </w:r>
      <w:r>
        <w:rPr>
          <w:rFonts w:ascii="Arial" w:hAnsi="Arial" w:cs="Arial"/>
          <w:b w:val="0"/>
          <w:sz w:val="24"/>
          <w:highlight w:val="yellow"/>
        </w:rPr>
        <w:t>[Manager’s name]</w:t>
      </w:r>
      <w:r>
        <w:rPr>
          <w:rFonts w:ascii="Arial" w:hAnsi="Arial" w:cs="Arial"/>
          <w:b w:val="0"/>
          <w:sz w:val="24"/>
        </w:rPr>
        <w:t>,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I, </w:t>
      </w:r>
      <w:r>
        <w:rPr>
          <w:rFonts w:ascii="Arial" w:hAnsi="Arial" w:cs="Arial"/>
          <w:b w:val="0"/>
          <w:sz w:val="24"/>
          <w:highlight w:val="yellow"/>
        </w:rPr>
        <w:t>[Employee full name]</w:t>
      </w:r>
      <w:r>
        <w:rPr>
          <w:rFonts w:ascii="Arial" w:hAnsi="Arial" w:cs="Arial"/>
          <w:b w:val="0"/>
          <w:sz w:val="24"/>
        </w:rPr>
        <w:t xml:space="preserve">, employee number </w:t>
      </w:r>
      <w:r>
        <w:rPr>
          <w:rFonts w:ascii="Arial" w:hAnsi="Arial" w:cs="Arial"/>
          <w:b w:val="0"/>
          <w:sz w:val="24"/>
          <w:highlight w:val="yellow"/>
        </w:rPr>
        <w:t>[Employee number]</w:t>
      </w:r>
      <w:r>
        <w:rPr>
          <w:rFonts w:ascii="Arial" w:hAnsi="Arial" w:cs="Arial"/>
          <w:b w:val="0"/>
          <w:sz w:val="24"/>
        </w:rPr>
        <w:t xml:space="preserve">, working as </w:t>
      </w:r>
      <w:r>
        <w:rPr>
          <w:rFonts w:ascii="Arial" w:hAnsi="Arial" w:cs="Arial"/>
          <w:b w:val="0"/>
          <w:sz w:val="24"/>
          <w:highlight w:val="yellow"/>
        </w:rPr>
        <w:t>[Job title]</w:t>
      </w:r>
      <w:r>
        <w:rPr>
          <w:rFonts w:ascii="Arial" w:hAnsi="Arial" w:cs="Arial"/>
          <w:b w:val="0"/>
          <w:sz w:val="24"/>
        </w:rPr>
        <w:t xml:space="preserve"> in </w:t>
      </w:r>
      <w:r>
        <w:rPr>
          <w:rFonts w:ascii="Arial" w:hAnsi="Arial" w:cs="Arial"/>
          <w:b w:val="0"/>
          <w:sz w:val="24"/>
          <w:highlight w:val="yellow"/>
        </w:rPr>
        <w:t>[Department]</w:t>
      </w:r>
      <w:r>
        <w:rPr>
          <w:rFonts w:ascii="Arial" w:hAnsi="Arial" w:cs="Arial"/>
          <w:b w:val="0"/>
          <w:sz w:val="24"/>
        </w:rPr>
        <w:t xml:space="preserve">, hereby submit my resignation from my position at </w:t>
      </w:r>
      <w:r>
        <w:rPr>
          <w:rFonts w:ascii="Arial" w:hAnsi="Arial" w:cs="Arial"/>
          <w:b w:val="0"/>
          <w:sz w:val="24"/>
          <w:highlight w:val="yellow"/>
        </w:rPr>
        <w:t>[Company name]</w:t>
      </w:r>
      <w:r>
        <w:rPr>
          <w:rFonts w:ascii="Arial" w:hAnsi="Arial" w:cs="Arial"/>
          <w:b w:val="0"/>
          <w:sz w:val="24"/>
        </w:rPr>
        <w:t>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  <w:highlight w:val="yellow"/>
        </w:rPr>
        <w:t>[For an open-ended contract:]</w:t>
      </w:r>
      <w:r>
        <w:rPr>
          <w:rFonts w:ascii="Arial" w:hAnsi="Arial" w:cs="Arial"/>
          <w:b w:val="0"/>
          <w:sz w:val="24"/>
        </w:rPr>
        <w:t xml:space="preserve"> This letter is my written notice under Article 75 of the Labour Law. My notice period is </w:t>
      </w:r>
      <w:r>
        <w:rPr>
          <w:rFonts w:ascii="Arial" w:hAnsi="Arial" w:cs="Arial"/>
          <w:b w:val="0"/>
          <w:sz w:val="24"/>
          <w:highlight w:val="yellow"/>
        </w:rPr>
        <w:t>[30]</w:t>
      </w:r>
      <w:r>
        <w:rPr>
          <w:rFonts w:ascii="Arial" w:hAnsi="Arial" w:cs="Arial"/>
          <w:b w:val="0"/>
          <w:sz w:val="24"/>
        </w:rPr>
        <w:t xml:space="preserve"> days from the date of this letter, so my last working day will be </w:t>
      </w:r>
      <w:r>
        <w:rPr>
          <w:rFonts w:ascii="Arial" w:hAnsi="Arial" w:cs="Arial"/>
          <w:b w:val="0"/>
          <w:sz w:val="24"/>
          <w:highlight w:val="yellow"/>
        </w:rPr>
        <w:t>[DD/MM/YYYY]</w:t>
      </w:r>
      <w:r>
        <w:rPr>
          <w:rFonts w:ascii="Arial" w:hAnsi="Arial" w:cs="Arial"/>
          <w:b w:val="0"/>
          <w:sz w:val="24"/>
        </w:rPr>
        <w:t>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  <w:highlight w:val="yellow"/>
        </w:rPr>
        <w:t>[For a fixed-term contract:]</w:t>
      </w:r>
      <w:r>
        <w:rPr>
          <w:rFonts w:ascii="Arial" w:hAnsi="Arial" w:cs="Arial"/>
          <w:b w:val="0"/>
          <w:sz w:val="24"/>
        </w:rPr>
        <w:t xml:space="preserve"> I submit this resignation in writing, without condition, and ask the company to accept it.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I will continue to carry out my duties during this period and will hand over my work, documents and company property in an orderly way.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I request that my final settlement, including my wages, the value of my unused annual leave and my end-of-service award, be paid in accordance with the Labour Law, and that I be given an experience certificate.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Thank you for the opportunity to work with </w:t>
      </w:r>
      <w:r>
        <w:rPr>
          <w:rFonts w:ascii="Arial" w:hAnsi="Arial" w:cs="Arial"/>
          <w:b w:val="0"/>
          <w:sz w:val="24"/>
          <w:highlight w:val="yellow"/>
        </w:rPr>
        <w:t>[Company name]</w:t>
      </w:r>
      <w:r>
        <w:rPr>
          <w:rFonts w:ascii="Arial" w:hAnsi="Arial" w:cs="Arial"/>
          <w:b w:val="0"/>
          <w:sz w:val="24"/>
        </w:rPr>
        <w:t>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Yours sincerely,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  <w:highlight w:val="yellow"/>
        </w:rPr>
        <w:t>[Employee full name]</w:t>
      </w:r>
      <w:r>
        <w:br/>
      </w:r>
      <w:r>
        <w:rPr>
          <w:rFonts w:ascii="Arial" w:hAnsi="Arial" w:cs="Arial"/>
          <w:b w:val="0"/>
          <w:sz w:val="24"/>
        </w:rPr>
        <w:t xml:space="preserve">Mobile: </w:t>
      </w:r>
      <w:r>
        <w:rPr>
          <w:rFonts w:ascii="Arial" w:hAnsi="Arial" w:cs="Arial"/>
          <w:b w:val="0"/>
          <w:sz w:val="24"/>
          <w:highlight w:val="yellow"/>
        </w:rPr>
        <w:t>[Mobile number]</w:t>
      </w:r>
      <w:r>
        <w:br/>
      </w:r>
      <w:r>
        <w:rPr>
          <w:rFonts w:ascii="Arial" w:hAnsi="Arial" w:cs="Arial"/>
          <w:b w:val="0"/>
          <w:sz w:val="24"/>
        </w:rPr>
        <w:t xml:space="preserve">Signature: </w:t>
      </w:r>
      <w:r>
        <w:rPr>
          <w:rFonts w:ascii="Arial" w:hAnsi="Arial" w:cs="Arial"/>
          <w:b w:val="0"/>
          <w:sz w:val="24"/>
          <w:highlight w:val="yellow"/>
        </w:rPr>
        <w:t>[Signature]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Resignation letter template for Saudi Arabia (2025 rules)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