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</w:pPr>
      <w:r>
        <w:rPr>
          <w:rFonts w:ascii="Arial" w:hAnsi="Arial" w:cs="Arial"/>
          <w:b w:val="0"/>
          <w:sz w:val="24"/>
          <w:highlight w:val="yellow"/>
        </w:rPr>
        <w:t>[Company name]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[Commercial registration number]</w:t>
      </w:r>
      <w:r>
        <w:rPr>
          <w:rFonts w:ascii="Arial" w:hAnsi="Arial" w:cs="Arial"/>
          <w:b w:val="0"/>
          <w:sz w:val="24"/>
        </w:rPr>
        <w:t xml:space="preserve"> · </w:t>
      </w:r>
      <w:r>
        <w:rPr>
          <w:rFonts w:ascii="Arial" w:hAnsi="Arial" w:cs="Arial"/>
          <w:b w:val="0"/>
          <w:sz w:val="24"/>
          <w:highlight w:val="yellow"/>
        </w:rPr>
        <w:t>[Address]</w:t>
      </w:r>
      <w:r>
        <w:rPr>
          <w:rFonts w:ascii="Arial" w:hAnsi="Arial" w:cs="Arial"/>
          <w:b w:val="0"/>
          <w:sz w:val="24"/>
        </w:rPr>
        <w:t xml:space="preserve"> · </w:t>
      </w:r>
      <w:r>
        <w:rPr>
          <w:rFonts w:ascii="Arial" w:hAnsi="Arial" w:cs="Arial"/>
          <w:b w:val="0"/>
          <w:sz w:val="24"/>
          <w:highlight w:val="yellow"/>
        </w:rPr>
        <w:t>[Phone]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Date: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br/>
      </w:r>
      <w:r>
        <w:rPr>
          <w:rFonts w:ascii="Arial" w:hAnsi="Arial" w:cs="Arial"/>
          <w:b w:val="0"/>
          <w:sz w:val="24"/>
        </w:rPr>
        <w:t xml:space="preserve">Reference: </w:t>
      </w:r>
      <w:r>
        <w:rPr>
          <w:rFonts w:ascii="Arial" w:hAnsi="Arial" w:cs="Arial"/>
          <w:b w:val="0"/>
          <w:sz w:val="24"/>
          <w:highlight w:val="yellow"/>
        </w:rPr>
        <w:t>[Reference number]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To: </w:t>
      </w:r>
      <w:r>
        <w:rPr>
          <w:rFonts w:ascii="Arial" w:hAnsi="Arial" w:cs="Arial"/>
          <w:b w:val="0"/>
          <w:sz w:val="24"/>
          <w:highlight w:val="yellow"/>
        </w:rPr>
        <w:t>[Employee full name]</w:t>
      </w:r>
      <w:r>
        <w:br/>
      </w:r>
      <w:r>
        <w:rPr>
          <w:rFonts w:ascii="Arial" w:hAnsi="Arial" w:cs="Arial"/>
          <w:b w:val="0"/>
          <w:sz w:val="24"/>
        </w:rPr>
        <w:t xml:space="preserve">Employee number: </w:t>
      </w:r>
      <w:r>
        <w:rPr>
          <w:rFonts w:ascii="Arial" w:hAnsi="Arial" w:cs="Arial"/>
          <w:b w:val="0"/>
          <w:sz w:val="24"/>
          <w:highlight w:val="yellow"/>
        </w:rPr>
        <w:t>[Employee number]</w:t>
      </w:r>
      <w:r>
        <w:br/>
      </w:r>
      <w:r>
        <w:rPr>
          <w:rFonts w:ascii="Arial" w:hAnsi="Arial" w:cs="Arial"/>
          <w:b w:val="0"/>
          <w:sz w:val="24"/>
        </w:rPr>
        <w:t xml:space="preserve">Job title: </w:t>
      </w:r>
      <w:r>
        <w:rPr>
          <w:rFonts w:ascii="Arial" w:hAnsi="Arial" w:cs="Arial"/>
          <w:b w:val="0"/>
          <w:sz w:val="24"/>
          <w:highlight w:val="yellow"/>
        </w:rPr>
        <w:t>[Job title]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Subject: Acceptance of resignation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Dear </w:t>
      </w:r>
      <w:r>
        <w:rPr>
          <w:rFonts w:ascii="Arial" w:hAnsi="Arial" w:cs="Arial"/>
          <w:b w:val="0"/>
          <w:sz w:val="24"/>
          <w:highlight w:val="yellow"/>
        </w:rPr>
        <w:t>[Employee name]</w:t>
      </w:r>
      <w:r>
        <w:rPr>
          <w:rFonts w:ascii="Arial" w:hAnsi="Arial" w:cs="Arial"/>
          <w:b w:val="0"/>
          <w:sz w:val="24"/>
        </w:rPr>
        <w:t>,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We acknowledge receipt of your resignation dated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rPr>
          <w:rFonts w:ascii="Arial" w:hAnsi="Arial" w:cs="Arial"/>
          <w:b w:val="0"/>
          <w:sz w:val="24"/>
        </w:rPr>
        <w:t xml:space="preserve">, received on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rPr>
          <w:rFonts w:ascii="Arial" w:hAnsi="Arial" w:cs="Arial"/>
          <w:b w:val="0"/>
          <w:sz w:val="24"/>
        </w:rPr>
        <w:t>, and confirm that the company accepts it.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Your last working day will be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rPr>
          <w:rFonts w:ascii="Arial" w:hAnsi="Arial" w:cs="Arial"/>
          <w:b w:val="0"/>
          <w:sz w:val="24"/>
        </w:rPr>
        <w:t xml:space="preserve"> </w:t>
      </w:r>
      <w:r>
        <w:rPr>
          <w:rFonts w:ascii="Arial" w:hAnsi="Arial" w:cs="Arial"/>
          <w:b w:val="0"/>
          <w:sz w:val="24"/>
          <w:highlight w:val="yellow"/>
        </w:rPr>
        <w:t>[open-ended contract: the end of your notice period under Article 75 / fixed-term contract: the date of this acceptance, under Article 79 bis]</w:t>
      </w:r>
      <w:r>
        <w:rPr>
          <w:rFonts w:ascii="Arial" w:hAnsi="Arial" w:cs="Arial"/>
          <w:b w:val="0"/>
          <w:sz w:val="24"/>
        </w:rPr>
        <w:t xml:space="preserve">. Until then, your employment continues on the same terms, and we ask you to hand over your work to </w:t>
      </w:r>
      <w:r>
        <w:rPr>
          <w:rFonts w:ascii="Arial" w:hAnsi="Arial" w:cs="Arial"/>
          <w:b w:val="0"/>
          <w:sz w:val="24"/>
          <w:highlight w:val="yellow"/>
        </w:rPr>
        <w:t>[Name and title of the colleague or manager]</w:t>
      </w:r>
      <w:r>
        <w:rPr>
          <w:rFonts w:ascii="Arial" w:hAnsi="Arial" w:cs="Arial"/>
          <w:b w:val="0"/>
          <w:sz w:val="24"/>
        </w:rPr>
        <w:t>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Before your last working day, please complete the clearance procedure with </w:t>
      </w:r>
      <w:r>
        <w:rPr>
          <w:rFonts w:ascii="Arial" w:hAnsi="Arial" w:cs="Arial"/>
          <w:b w:val="0"/>
          <w:sz w:val="24"/>
          <w:highlight w:val="yellow"/>
        </w:rPr>
        <w:t>[Department or person]</w:t>
      </w:r>
      <w:r>
        <w:rPr>
          <w:rFonts w:ascii="Arial" w:hAnsi="Arial" w:cs="Arial"/>
          <w:b w:val="0"/>
          <w:sz w:val="24"/>
        </w:rPr>
        <w:t>, including the return of company property, documents, devices and access cards.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Your final settlement, including your wages up to your last working day, the value of your unused annual leave and your end-of-service award under the Labour Law, will be paid within the period the Labour Law sets. An experience certificate will be issued to you on request.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We thank you for your work with </w:t>
      </w:r>
      <w:r>
        <w:rPr>
          <w:rFonts w:ascii="Arial" w:hAnsi="Arial" w:cs="Arial"/>
          <w:b w:val="0"/>
          <w:sz w:val="24"/>
          <w:highlight w:val="yellow"/>
        </w:rPr>
        <w:t>[Company name]</w:t>
      </w:r>
      <w:r>
        <w:rPr>
          <w:rFonts w:ascii="Arial" w:hAnsi="Arial" w:cs="Arial"/>
          <w:b w:val="0"/>
          <w:sz w:val="24"/>
        </w:rPr>
        <w:t xml:space="preserve"> and wish you every success.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  <w:highlight w:val="yellow"/>
        </w:rPr>
        <w:t>[Name of the authorised signatory]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[Job title]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[Signature and company stamp]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Received by the employee</w:t>
      </w:r>
      <w:r>
        <w:br/>
      </w:r>
      <w:r>
        <w:rPr>
          <w:rFonts w:ascii="Arial" w:hAnsi="Arial" w:cs="Arial"/>
          <w:b w:val="0"/>
          <w:sz w:val="24"/>
        </w:rPr>
        <w:t xml:space="preserve">Name: </w:t>
      </w:r>
      <w:r>
        <w:rPr>
          <w:rFonts w:ascii="Arial" w:hAnsi="Arial" w:cs="Arial"/>
          <w:b w:val="0"/>
          <w:sz w:val="24"/>
          <w:highlight w:val="yellow"/>
        </w:rPr>
        <w:t>[Employee full name]</w:t>
      </w:r>
      <w:r>
        <w:br/>
      </w:r>
      <w:r>
        <w:rPr>
          <w:rFonts w:ascii="Arial" w:hAnsi="Arial" w:cs="Arial"/>
          <w:b w:val="0"/>
          <w:sz w:val="24"/>
        </w:rPr>
        <w:t xml:space="preserve">Signature: </w:t>
      </w:r>
      <w:r>
        <w:rPr>
          <w:rFonts w:ascii="Arial" w:hAnsi="Arial" w:cs="Arial"/>
          <w:b w:val="0"/>
          <w:sz w:val="24"/>
          <w:highlight w:val="yellow"/>
        </w:rPr>
        <w:t>[Signature]</w:t>
      </w:r>
      <w:r>
        <w:br/>
      </w:r>
      <w:r>
        <w:rPr>
          <w:rFonts w:ascii="Arial" w:hAnsi="Arial" w:cs="Arial"/>
          <w:b w:val="0"/>
          <w:sz w:val="24"/>
        </w:rPr>
        <w:t xml:space="preserve">Date: </w:t>
      </w:r>
      <w:r>
        <w:rPr>
          <w:rFonts w:ascii="Arial" w:hAnsi="Arial" w:cs="Arial"/>
          <w:b w:val="0"/>
          <w:sz w:val="24"/>
          <w:highlight w:val="yellow"/>
        </w:rPr>
        <w:t>[DD/MM/YYYY]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Resignation acceptance letter template for Saudi Arabia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