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Receptionist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[Administration]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[Office manager / Administration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 / Shift based]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run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front desk so that visitors, callers and deliveries are handled courteously, safely and without delay.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Greet visitors, check their appointment and inform the person they are meeting.</w:t>
      </w:r>
      <w:r>
        <w:br/>
      </w:r>
      <w:r>
        <w:rPr>
          <w:rFonts w:ascii="Arial" w:hAnsi="Arial" w:cs="Arial"/>
          <w:b w:val="0"/>
          <w:sz w:val="24"/>
        </w:rPr>
        <w:t>- Register visitors in the visitor log or system and issue and collect visitor badges.</w:t>
      </w:r>
      <w:r>
        <w:br/>
      </w:r>
      <w:r>
        <w:rPr>
          <w:rFonts w:ascii="Arial" w:hAnsi="Arial" w:cs="Arial"/>
          <w:b w:val="0"/>
          <w:sz w:val="24"/>
        </w:rPr>
        <w:t>- Answer, screen and transfer calls, and take accurate messages.</w:t>
      </w:r>
      <w:r>
        <w:br/>
      </w:r>
      <w:r>
        <w:rPr>
          <w:rFonts w:ascii="Arial" w:hAnsi="Arial" w:cs="Arial"/>
          <w:b w:val="0"/>
          <w:sz w:val="24"/>
        </w:rPr>
        <w:t>- Receive couriers and deliveries, record them and pass them to the right person.</w:t>
      </w:r>
      <w:r>
        <w:br/>
      </w:r>
      <w:r>
        <w:rPr>
          <w:rFonts w:ascii="Arial" w:hAnsi="Arial" w:cs="Arial"/>
          <w:b w:val="0"/>
          <w:sz w:val="24"/>
        </w:rPr>
        <w:t>- Book meeting rooms and prepare them before meetings.</w:t>
      </w:r>
      <w:r>
        <w:br/>
      </w:r>
      <w:r>
        <w:rPr>
          <w:rFonts w:ascii="Arial" w:hAnsi="Arial" w:cs="Arial"/>
          <w:b w:val="0"/>
          <w:sz w:val="24"/>
        </w:rPr>
        <w:t>- Answer general enquiries by phone, email and in person.</w:t>
      </w:r>
      <w:r>
        <w:br/>
      </w:r>
      <w:r>
        <w:rPr>
          <w:rFonts w:ascii="Arial" w:hAnsi="Arial" w:cs="Arial"/>
          <w:b w:val="0"/>
          <w:sz w:val="24"/>
        </w:rPr>
        <w:t>- Keep the reception area tidy and report building or equipment issues.</w:t>
      </w:r>
      <w:r>
        <w:br/>
      </w:r>
      <w:r>
        <w:rPr>
          <w:rFonts w:ascii="Arial" w:hAnsi="Arial" w:cs="Arial"/>
          <w:b w:val="0"/>
          <w:sz w:val="24"/>
        </w:rPr>
        <w:t>- Order reception and kitchen supplies under company policy.</w:t>
      </w:r>
      <w:r>
        <w:br/>
      </w:r>
      <w:r>
        <w:rPr>
          <w:rFonts w:ascii="Arial" w:hAnsi="Arial" w:cs="Arial"/>
          <w:b w:val="0"/>
          <w:sz w:val="24"/>
        </w:rPr>
        <w:t>- Follow the emergency and evacuation procedures and keep the visitor list ready.</w:t>
      </w:r>
      <w:r>
        <w:br/>
      </w:r>
      <w:r>
        <w:rPr>
          <w:rFonts w:ascii="Arial" w:hAnsi="Arial" w:cs="Arial"/>
          <w:b w:val="0"/>
          <w:sz w:val="24"/>
        </w:rPr>
        <w:t>- Keep visitor and employee details confidential under company procedures.</w:t>
      </w:r>
      <w:r>
        <w:br/>
      </w:r>
      <w:r>
        <w:rPr>
          <w:rFonts w:ascii="Arial" w:hAnsi="Arial" w:cs="Arial"/>
          <w:b w:val="0"/>
          <w:sz w:val="24"/>
        </w:rPr>
        <w:t>- Help the administration team with filing, scanning and data entry when the desk is quiet.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 / Diploma]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reception or customer-facing experience, or none for an entry-level role.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Courteous spoken Arabic and English.</w:t>
      </w:r>
      <w:r>
        <w:br/>
      </w:r>
      <w:r>
        <w:rPr>
          <w:rFonts w:ascii="Arial" w:hAnsi="Arial" w:cs="Arial"/>
          <w:b w:val="0"/>
          <w:sz w:val="24"/>
        </w:rPr>
        <w:t xml:space="preserve">- Basic computer skills, including email and </w:t>
      </w:r>
      <w:r>
        <w:rPr>
          <w:rFonts w:ascii="Arial" w:hAnsi="Arial" w:cs="Arial"/>
          <w:b w:val="0"/>
          <w:sz w:val="24"/>
          <w:highlight w:val="yellow"/>
        </w:rPr>
        <w:t>[Visitor or phone system]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Calm, organised and able to handle several tasks at once.</w:t>
      </w:r>
      <w:r>
        <w:br/>
      </w:r>
      <w:r>
        <w:rPr>
          <w:rFonts w:ascii="Arial" w:hAnsi="Arial" w:cs="Arial"/>
          <w:b w:val="0"/>
          <w:sz w:val="24"/>
        </w:rPr>
        <w:t>- Discretion with personal information.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any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