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br/>
      </w:r>
      <w:r>
        <w:rPr>
          <w:rFonts w:ascii="Arial" w:hAnsi="Arial" w:cs="Arial"/>
          <w:b w:val="0"/>
          <w:sz w:val="24"/>
        </w:rPr>
        <w:t>Performance Appraisal Form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Review period: from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rPr>
          <w:rFonts w:ascii="Arial" w:hAnsi="Arial" w:cs="Arial"/>
          <w:b w:val="0"/>
          <w:sz w:val="24"/>
        </w:rPr>
        <w:t xml:space="preserve"> to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</w:rPr>
        <w:t xml:space="preserve">Type of review: </w:t>
      </w:r>
      <w:r>
        <w:rPr>
          <w:rFonts w:ascii="Arial" w:hAnsi="Arial" w:cs="Arial"/>
          <w:b w:val="0"/>
          <w:sz w:val="24"/>
          <w:highlight w:val="yellow"/>
        </w:rPr>
        <w:t>[Annual / Mid-year / End of probation]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1: Employee details</w:t>
      </w:r>
      <w:r>
        <w:br/>
      </w:r>
      <w:r>
        <w:rPr>
          <w:rFonts w:ascii="Arial" w:hAnsi="Arial" w:cs="Arial"/>
          <w:b w:val="0"/>
          <w:sz w:val="24"/>
        </w:rPr>
        <w:t xml:space="preserve">Name: </w:t>
      </w:r>
      <w:r>
        <w:rPr>
          <w:rFonts w:ascii="Arial" w:hAnsi="Arial" w:cs="Arial"/>
          <w:b w:val="0"/>
          <w:sz w:val="24"/>
          <w:highlight w:val="yellow"/>
        </w:rPr>
        <w:t>[Employee full name]</w:t>
      </w:r>
      <w:r>
        <w:br/>
      </w:r>
      <w:r>
        <w:rPr>
          <w:rFonts w:ascii="Arial" w:hAnsi="Arial" w:cs="Arial"/>
          <w:b w:val="0"/>
          <w:sz w:val="24"/>
        </w:rPr>
        <w:t xml:space="preserve">Employee number: </w:t>
      </w:r>
      <w:r>
        <w:rPr>
          <w:rFonts w:ascii="Arial" w:hAnsi="Arial" w:cs="Arial"/>
          <w:b w:val="0"/>
          <w:sz w:val="24"/>
          <w:highlight w:val="yellow"/>
        </w:rPr>
        <w:t>[Employee number]</w:t>
      </w:r>
      <w:r>
        <w:br/>
      </w:r>
      <w:r>
        <w:rPr>
          <w:rFonts w:ascii="Arial" w:hAnsi="Arial" w:cs="Arial"/>
          <w:b w:val="0"/>
          <w:sz w:val="24"/>
        </w:rPr>
        <w:t xml:space="preserve">Job title: </w:t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[Department]</w:t>
      </w:r>
      <w:r>
        <w:br/>
      </w:r>
      <w:r>
        <w:rPr>
          <w:rFonts w:ascii="Arial" w:hAnsi="Arial" w:cs="Arial"/>
          <w:b w:val="0"/>
          <w:sz w:val="24"/>
        </w:rPr>
        <w:t xml:space="preserve">Manager (reviewer): </w:t>
      </w:r>
      <w:r>
        <w:rPr>
          <w:rFonts w:ascii="Arial" w:hAnsi="Arial" w:cs="Arial"/>
          <w:b w:val="0"/>
          <w:sz w:val="24"/>
          <w:highlight w:val="yellow"/>
        </w:rPr>
        <w:t>[Manager’s name and title]</w:t>
      </w:r>
      <w:r>
        <w:br/>
      </w:r>
      <w:r>
        <w:rPr>
          <w:rFonts w:ascii="Arial" w:hAnsi="Arial" w:cs="Arial"/>
          <w:b w:val="0"/>
          <w:sz w:val="24"/>
        </w:rPr>
        <w:t xml:space="preserve">Date of meeting: </w:t>
      </w:r>
      <w:r>
        <w:rPr>
          <w:rFonts w:ascii="Arial" w:hAnsi="Arial" w:cs="Arial"/>
          <w:b w:val="0"/>
          <w:sz w:val="24"/>
          <w:highlight w:val="yellow"/>
        </w:rPr>
        <w:t>[DD/MM/YYYY]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Rating scale</w:t>
      </w:r>
      <w:r>
        <w:br/>
      </w:r>
      <w:r>
        <w:rPr>
          <w:rFonts w:ascii="Arial" w:hAnsi="Arial" w:cs="Arial"/>
          <w:b w:val="0"/>
          <w:sz w:val="24"/>
        </w:rPr>
        <w:t>5 Outstanding: consistently exceeds every expectation</w:t>
      </w:r>
      <w:r>
        <w:br/>
      </w:r>
      <w:r>
        <w:rPr>
          <w:rFonts w:ascii="Arial" w:hAnsi="Arial" w:cs="Arial"/>
          <w:b w:val="0"/>
          <w:sz w:val="24"/>
        </w:rPr>
        <w:t>4 Exceeds expectations: often goes beyond what the role requires</w:t>
      </w:r>
      <w:r>
        <w:br/>
      </w:r>
      <w:r>
        <w:rPr>
          <w:rFonts w:ascii="Arial" w:hAnsi="Arial" w:cs="Arial"/>
          <w:b w:val="0"/>
          <w:sz w:val="24"/>
        </w:rPr>
        <w:t>3 Meets expectations: fully delivers what the role requires</w:t>
      </w:r>
      <w:r>
        <w:br/>
      </w:r>
      <w:r>
        <w:rPr>
          <w:rFonts w:ascii="Arial" w:hAnsi="Arial" w:cs="Arial"/>
          <w:b w:val="0"/>
          <w:sz w:val="24"/>
        </w:rPr>
        <w:t>2 Partly meets expectations: delivers some of what is required and needs to improve</w:t>
      </w:r>
      <w:r>
        <w:br/>
      </w:r>
      <w:r>
        <w:rPr>
          <w:rFonts w:ascii="Arial" w:hAnsi="Arial" w:cs="Arial"/>
          <w:b w:val="0"/>
          <w:sz w:val="24"/>
        </w:rPr>
        <w:t>1 Does not meet expectations: falls well short of what the role requires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2: Goals and results</w:t>
      </w:r>
      <w:r>
        <w:br/>
      </w:r>
      <w:r>
        <w:rPr>
          <w:rFonts w:ascii="Arial" w:hAnsi="Arial" w:cs="Arial"/>
          <w:b w:val="0"/>
          <w:sz w:val="24"/>
        </w:rPr>
        <w:t xml:space="preserve">Goal 1: </w:t>
      </w:r>
      <w:r>
        <w:rPr>
          <w:rFonts w:ascii="Arial" w:hAnsi="Arial" w:cs="Arial"/>
          <w:b w:val="0"/>
          <w:sz w:val="24"/>
          <w:highlight w:val="yellow"/>
        </w:rPr>
        <w:t>[Goal, measure and target]</w:t>
      </w:r>
      <w:r>
        <w:br/>
      </w:r>
      <w:r>
        <w:rPr>
          <w:rFonts w:ascii="Arial" w:hAnsi="Arial" w:cs="Arial"/>
          <w:b w:val="0"/>
          <w:sz w:val="24"/>
        </w:rPr>
        <w:t xml:space="preserve">Result and evidence: </w:t>
      </w:r>
      <w:r>
        <w:rPr>
          <w:rFonts w:ascii="Arial" w:hAnsi="Arial" w:cs="Arial"/>
          <w:b w:val="0"/>
          <w:sz w:val="24"/>
          <w:highlight w:val="yellow"/>
        </w:rPr>
        <w:t>[What was achieved, with figures or examples]</w:t>
      </w:r>
      <w:r>
        <w:br/>
      </w:r>
      <w:r>
        <w:rPr>
          <w:rFonts w:ascii="Arial" w:hAnsi="Arial" w:cs="Arial"/>
          <w:b w:val="0"/>
          <w:sz w:val="24"/>
        </w:rPr>
        <w:t xml:space="preserve">Rating (1 to 5): </w:t>
      </w:r>
      <w:r>
        <w:rPr>
          <w:rFonts w:ascii="Arial" w:hAnsi="Arial" w:cs="Arial"/>
          <w:b w:val="0"/>
          <w:sz w:val="24"/>
          <w:highlight w:val="yellow"/>
        </w:rPr>
        <w:t>[Rating]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Goal 2: </w:t>
      </w:r>
      <w:r>
        <w:rPr>
          <w:rFonts w:ascii="Arial" w:hAnsi="Arial" w:cs="Arial"/>
          <w:b w:val="0"/>
          <w:sz w:val="24"/>
          <w:highlight w:val="yellow"/>
        </w:rPr>
        <w:t>[Goal, measure and target]</w:t>
      </w:r>
      <w:r>
        <w:br/>
      </w:r>
      <w:r>
        <w:rPr>
          <w:rFonts w:ascii="Arial" w:hAnsi="Arial" w:cs="Arial"/>
          <w:b w:val="0"/>
          <w:sz w:val="24"/>
        </w:rPr>
        <w:t xml:space="preserve">Result and evidence: </w:t>
      </w:r>
      <w:r>
        <w:rPr>
          <w:rFonts w:ascii="Arial" w:hAnsi="Arial" w:cs="Arial"/>
          <w:b w:val="0"/>
          <w:sz w:val="24"/>
          <w:highlight w:val="yellow"/>
        </w:rPr>
        <w:t>[What was achieved, with figures or examples]</w:t>
      </w:r>
      <w:r>
        <w:br/>
      </w:r>
      <w:r>
        <w:rPr>
          <w:rFonts w:ascii="Arial" w:hAnsi="Arial" w:cs="Arial"/>
          <w:b w:val="0"/>
          <w:sz w:val="24"/>
        </w:rPr>
        <w:t xml:space="preserve">Rating (1 to 5): </w:t>
      </w:r>
      <w:r>
        <w:rPr>
          <w:rFonts w:ascii="Arial" w:hAnsi="Arial" w:cs="Arial"/>
          <w:b w:val="0"/>
          <w:sz w:val="24"/>
          <w:highlight w:val="yellow"/>
        </w:rPr>
        <w:t>[Rating]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Goal 3: </w:t>
      </w:r>
      <w:r>
        <w:rPr>
          <w:rFonts w:ascii="Arial" w:hAnsi="Arial" w:cs="Arial"/>
          <w:b w:val="0"/>
          <w:sz w:val="24"/>
          <w:highlight w:val="yellow"/>
        </w:rPr>
        <w:t>[Goal, measure and target]</w:t>
      </w:r>
      <w:r>
        <w:br/>
      </w:r>
      <w:r>
        <w:rPr>
          <w:rFonts w:ascii="Arial" w:hAnsi="Arial" w:cs="Arial"/>
          <w:b w:val="0"/>
          <w:sz w:val="24"/>
        </w:rPr>
        <w:t xml:space="preserve">Result and evidence: </w:t>
      </w:r>
      <w:r>
        <w:rPr>
          <w:rFonts w:ascii="Arial" w:hAnsi="Arial" w:cs="Arial"/>
          <w:b w:val="0"/>
          <w:sz w:val="24"/>
          <w:highlight w:val="yellow"/>
        </w:rPr>
        <w:t>[What was achieved, with figures or examples]</w:t>
      </w:r>
      <w:r>
        <w:br/>
      </w:r>
      <w:r>
        <w:rPr>
          <w:rFonts w:ascii="Arial" w:hAnsi="Arial" w:cs="Arial"/>
          <w:b w:val="0"/>
          <w:sz w:val="24"/>
        </w:rPr>
        <w:t xml:space="preserve">Rating (1 to 5): </w:t>
      </w:r>
      <w:r>
        <w:rPr>
          <w:rFonts w:ascii="Arial" w:hAnsi="Arial" w:cs="Arial"/>
          <w:b w:val="0"/>
          <w:sz w:val="24"/>
          <w:highlight w:val="yellow"/>
        </w:rPr>
        <w:t>[Rating]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Goals weight in the overall rating: </w:t>
      </w:r>
      <w:r>
        <w:rPr>
          <w:rFonts w:ascii="Arial" w:hAnsi="Arial" w:cs="Arial"/>
          <w:b w:val="0"/>
          <w:sz w:val="24"/>
          <w:highlight w:val="yellow"/>
        </w:rPr>
        <w:t>[Percentage]</w:t>
      </w:r>
      <w:r>
        <w:rPr>
          <w:rFonts w:ascii="Arial" w:hAnsi="Arial" w:cs="Arial"/>
          <w:b w:val="0"/>
          <w:sz w:val="24"/>
        </w:rPr>
        <w:t>%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3: Competencies</w:t>
      </w:r>
      <w:r>
        <w:br/>
      </w:r>
      <w:r>
        <w:rPr>
          <w:rFonts w:ascii="Arial" w:hAnsi="Arial" w:cs="Arial"/>
          <w:b w:val="0"/>
          <w:sz w:val="24"/>
        </w:rPr>
        <w:t xml:space="preserve">Job knowledge and quality of work: </w:t>
      </w:r>
      <w:r>
        <w:rPr>
          <w:rFonts w:ascii="Arial" w:hAnsi="Arial" w:cs="Arial"/>
          <w:b w:val="0"/>
          <w:sz w:val="24"/>
          <w:highlight w:val="yellow"/>
        </w:rPr>
        <w:t>[Rating]</w:t>
      </w:r>
      <w:r>
        <w:rPr>
          <w:rFonts w:ascii="Arial" w:hAnsi="Arial" w:cs="Arial"/>
          <w:b w:val="0"/>
          <w:sz w:val="24"/>
        </w:rPr>
        <w:t xml:space="preserve"> · Example: </w:t>
      </w:r>
      <w:r>
        <w:rPr>
          <w:rFonts w:ascii="Arial" w:hAnsi="Arial" w:cs="Arial"/>
          <w:b w:val="0"/>
          <w:sz w:val="24"/>
          <w:highlight w:val="yellow"/>
        </w:rPr>
        <w:t>[Example]</w:t>
      </w:r>
      <w:r>
        <w:br/>
      </w:r>
      <w:r>
        <w:rPr>
          <w:rFonts w:ascii="Arial" w:hAnsi="Arial" w:cs="Arial"/>
          <w:b w:val="0"/>
          <w:sz w:val="24"/>
        </w:rPr>
        <w:t xml:space="preserve">Productivity and meeting deadlines: </w:t>
      </w:r>
      <w:r>
        <w:rPr>
          <w:rFonts w:ascii="Arial" w:hAnsi="Arial" w:cs="Arial"/>
          <w:b w:val="0"/>
          <w:sz w:val="24"/>
          <w:highlight w:val="yellow"/>
        </w:rPr>
        <w:t>[Rating]</w:t>
      </w:r>
      <w:r>
        <w:rPr>
          <w:rFonts w:ascii="Arial" w:hAnsi="Arial" w:cs="Arial"/>
          <w:b w:val="0"/>
          <w:sz w:val="24"/>
        </w:rPr>
        <w:t xml:space="preserve"> · Example: </w:t>
      </w:r>
      <w:r>
        <w:rPr>
          <w:rFonts w:ascii="Arial" w:hAnsi="Arial" w:cs="Arial"/>
          <w:b w:val="0"/>
          <w:sz w:val="24"/>
          <w:highlight w:val="yellow"/>
        </w:rPr>
        <w:t>[Example]</w:t>
      </w:r>
      <w:r>
        <w:br/>
      </w:r>
      <w:r>
        <w:rPr>
          <w:rFonts w:ascii="Arial" w:hAnsi="Arial" w:cs="Arial"/>
          <w:b w:val="0"/>
          <w:sz w:val="24"/>
        </w:rPr>
        <w:t xml:space="preserve">Communication and teamwork: </w:t>
      </w:r>
      <w:r>
        <w:rPr>
          <w:rFonts w:ascii="Arial" w:hAnsi="Arial" w:cs="Arial"/>
          <w:b w:val="0"/>
          <w:sz w:val="24"/>
          <w:highlight w:val="yellow"/>
        </w:rPr>
        <w:t>[Rating]</w:t>
      </w:r>
      <w:r>
        <w:rPr>
          <w:rFonts w:ascii="Arial" w:hAnsi="Arial" w:cs="Arial"/>
          <w:b w:val="0"/>
          <w:sz w:val="24"/>
        </w:rPr>
        <w:t xml:space="preserve"> · Example: </w:t>
      </w:r>
      <w:r>
        <w:rPr>
          <w:rFonts w:ascii="Arial" w:hAnsi="Arial" w:cs="Arial"/>
          <w:b w:val="0"/>
          <w:sz w:val="24"/>
          <w:highlight w:val="yellow"/>
        </w:rPr>
        <w:t>[Example]</w:t>
      </w:r>
      <w:r>
        <w:br/>
      </w:r>
      <w:r>
        <w:rPr>
          <w:rFonts w:ascii="Arial" w:hAnsi="Arial" w:cs="Arial"/>
          <w:b w:val="0"/>
          <w:sz w:val="24"/>
        </w:rPr>
        <w:t xml:space="preserve">Initiative and problem solving: </w:t>
      </w:r>
      <w:r>
        <w:rPr>
          <w:rFonts w:ascii="Arial" w:hAnsi="Arial" w:cs="Arial"/>
          <w:b w:val="0"/>
          <w:sz w:val="24"/>
          <w:highlight w:val="yellow"/>
        </w:rPr>
        <w:t>[Rating]</w:t>
      </w:r>
      <w:r>
        <w:rPr>
          <w:rFonts w:ascii="Arial" w:hAnsi="Arial" w:cs="Arial"/>
          <w:b w:val="0"/>
          <w:sz w:val="24"/>
        </w:rPr>
        <w:t xml:space="preserve"> · Example: </w:t>
      </w:r>
      <w:r>
        <w:rPr>
          <w:rFonts w:ascii="Arial" w:hAnsi="Arial" w:cs="Arial"/>
          <w:b w:val="0"/>
          <w:sz w:val="24"/>
          <w:highlight w:val="yellow"/>
        </w:rPr>
        <w:t>[Example]</w:t>
      </w:r>
      <w:r>
        <w:br/>
      </w:r>
      <w:r>
        <w:rPr>
          <w:rFonts w:ascii="Arial" w:hAnsi="Arial" w:cs="Arial"/>
          <w:b w:val="0"/>
          <w:sz w:val="24"/>
        </w:rPr>
        <w:t xml:space="preserve">Attendance and reliability: </w:t>
      </w:r>
      <w:r>
        <w:rPr>
          <w:rFonts w:ascii="Arial" w:hAnsi="Arial" w:cs="Arial"/>
          <w:b w:val="0"/>
          <w:sz w:val="24"/>
          <w:highlight w:val="yellow"/>
        </w:rPr>
        <w:t>[Rating]</w:t>
      </w:r>
      <w:r>
        <w:rPr>
          <w:rFonts w:ascii="Arial" w:hAnsi="Arial" w:cs="Arial"/>
          <w:b w:val="0"/>
          <w:sz w:val="24"/>
        </w:rPr>
        <w:t xml:space="preserve"> · Example: </w:t>
      </w:r>
      <w:r>
        <w:rPr>
          <w:rFonts w:ascii="Arial" w:hAnsi="Arial" w:cs="Arial"/>
          <w:b w:val="0"/>
          <w:sz w:val="24"/>
          <w:highlight w:val="yellow"/>
        </w:rPr>
        <w:t>[Example]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[Leadership, for managers]</w:t>
      </w:r>
      <w:r>
        <w:rPr>
          <w:rFonts w:ascii="Arial" w:hAnsi="Arial" w:cs="Arial"/>
          <w:b w:val="0"/>
          <w:sz w:val="24"/>
        </w:rPr>
        <w:t xml:space="preserve">: </w:t>
      </w:r>
      <w:r>
        <w:rPr>
          <w:rFonts w:ascii="Arial" w:hAnsi="Arial" w:cs="Arial"/>
          <w:b w:val="0"/>
          <w:sz w:val="24"/>
          <w:highlight w:val="yellow"/>
        </w:rPr>
        <w:t>[Rating]</w:t>
      </w:r>
      <w:r>
        <w:rPr>
          <w:rFonts w:ascii="Arial" w:hAnsi="Arial" w:cs="Arial"/>
          <w:b w:val="0"/>
          <w:sz w:val="24"/>
        </w:rPr>
        <w:t xml:space="preserve"> · Example: </w:t>
      </w:r>
      <w:r>
        <w:rPr>
          <w:rFonts w:ascii="Arial" w:hAnsi="Arial" w:cs="Arial"/>
          <w:b w:val="0"/>
          <w:sz w:val="24"/>
          <w:highlight w:val="yellow"/>
        </w:rPr>
        <w:t>[Example]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Competencies weight in the overall rating: </w:t>
      </w:r>
      <w:r>
        <w:rPr>
          <w:rFonts w:ascii="Arial" w:hAnsi="Arial" w:cs="Arial"/>
          <w:b w:val="0"/>
          <w:sz w:val="24"/>
          <w:highlight w:val="yellow"/>
        </w:rPr>
        <w:t>[Percentage]</w:t>
      </w:r>
      <w:r>
        <w:rPr>
          <w:rFonts w:ascii="Arial" w:hAnsi="Arial" w:cs="Arial"/>
          <w:b w:val="0"/>
          <w:sz w:val="24"/>
        </w:rPr>
        <w:t>%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4: Overall rating</w:t>
      </w:r>
      <w:r>
        <w:br/>
      </w:r>
      <w:r>
        <w:rPr>
          <w:rFonts w:ascii="Arial" w:hAnsi="Arial" w:cs="Arial"/>
          <w:b w:val="0"/>
          <w:sz w:val="24"/>
        </w:rPr>
        <w:t xml:space="preserve">Overall rating: </w:t>
      </w:r>
      <w:r>
        <w:rPr>
          <w:rFonts w:ascii="Arial" w:hAnsi="Arial" w:cs="Arial"/>
          <w:b w:val="0"/>
          <w:sz w:val="24"/>
          <w:highlight w:val="yellow"/>
        </w:rPr>
        <w:t>[Rating]</w:t>
      </w:r>
      <w:r>
        <w:rPr>
          <w:rFonts w:ascii="Arial" w:hAnsi="Arial" w:cs="Arial"/>
          <w:b w:val="0"/>
          <w:sz w:val="24"/>
        </w:rPr>
        <w:t xml:space="preserve"> (</w:t>
      </w:r>
      <w:r>
        <w:rPr>
          <w:rFonts w:ascii="Arial" w:hAnsi="Arial" w:cs="Arial"/>
          <w:b w:val="0"/>
          <w:sz w:val="24"/>
          <w:highlight w:val="yellow"/>
        </w:rPr>
        <w:t>[Outstanding / Exceeds / Meets / Partly meets / Does not meet]</w:t>
      </w:r>
      <w:r>
        <w:rPr>
          <w:rFonts w:ascii="Arial" w:hAnsi="Arial" w:cs="Arial"/>
          <w:b w:val="0"/>
          <w:sz w:val="24"/>
        </w:rPr>
        <w:t>)</w:t>
      </w:r>
      <w:r>
        <w:br/>
      </w:r>
      <w:r>
        <w:rPr>
          <w:rFonts w:ascii="Arial" w:hAnsi="Arial" w:cs="Arial"/>
          <w:b w:val="0"/>
          <w:sz w:val="24"/>
        </w:rPr>
        <w:t xml:space="preserve">Main strengths: </w:t>
      </w:r>
      <w:r>
        <w:rPr>
          <w:rFonts w:ascii="Arial" w:hAnsi="Arial" w:cs="Arial"/>
          <w:b w:val="0"/>
          <w:sz w:val="24"/>
          <w:highlight w:val="yellow"/>
        </w:rPr>
        <w:t>[Strengths with examples]</w:t>
      </w:r>
      <w:r>
        <w:br/>
      </w:r>
      <w:r>
        <w:rPr>
          <w:rFonts w:ascii="Arial" w:hAnsi="Arial" w:cs="Arial"/>
          <w:b w:val="0"/>
          <w:sz w:val="24"/>
        </w:rPr>
        <w:t xml:space="preserve">Areas to improve: </w:t>
      </w:r>
      <w:r>
        <w:rPr>
          <w:rFonts w:ascii="Arial" w:hAnsi="Arial" w:cs="Arial"/>
          <w:b w:val="0"/>
          <w:sz w:val="24"/>
          <w:highlight w:val="yellow"/>
        </w:rPr>
        <w:t>[Areas described as behaviour, with examples]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5: Goals for the next period</w:t>
      </w:r>
      <w:r>
        <w:br/>
      </w:r>
      <w:r>
        <w:rPr>
          <w:rFonts w:ascii="Arial" w:hAnsi="Arial" w:cs="Arial"/>
          <w:b w:val="0"/>
          <w:sz w:val="24"/>
        </w:rPr>
        <w:t xml:space="preserve">1. </w:t>
      </w:r>
      <w:r>
        <w:rPr>
          <w:rFonts w:ascii="Arial" w:hAnsi="Arial" w:cs="Arial"/>
          <w:b w:val="0"/>
          <w:sz w:val="24"/>
          <w:highlight w:val="yellow"/>
        </w:rPr>
        <w:t>[Specific, measurable goal with a deadline]</w:t>
      </w:r>
      <w:r>
        <w:br/>
      </w:r>
      <w:r>
        <w:rPr>
          <w:rFonts w:ascii="Arial" w:hAnsi="Arial" w:cs="Arial"/>
          <w:b w:val="0"/>
          <w:sz w:val="24"/>
        </w:rPr>
        <w:t xml:space="preserve">2. </w:t>
      </w:r>
      <w:r>
        <w:rPr>
          <w:rFonts w:ascii="Arial" w:hAnsi="Arial" w:cs="Arial"/>
          <w:b w:val="0"/>
          <w:sz w:val="24"/>
          <w:highlight w:val="yellow"/>
        </w:rPr>
        <w:t>[Specific, measurable goal with a deadline]</w:t>
      </w:r>
      <w:r>
        <w:br/>
      </w:r>
      <w:r>
        <w:rPr>
          <w:rFonts w:ascii="Arial" w:hAnsi="Arial" w:cs="Arial"/>
          <w:b w:val="0"/>
          <w:sz w:val="24"/>
        </w:rPr>
        <w:t xml:space="preserve">3. </w:t>
      </w:r>
      <w:r>
        <w:rPr>
          <w:rFonts w:ascii="Arial" w:hAnsi="Arial" w:cs="Arial"/>
          <w:b w:val="0"/>
          <w:sz w:val="24"/>
          <w:highlight w:val="yellow"/>
        </w:rPr>
        <w:t>[Specific, measurable goal with a deadline]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6: Development plan</w:t>
      </w:r>
      <w:r>
        <w:br/>
      </w:r>
      <w:r>
        <w:rPr>
          <w:rFonts w:ascii="Arial" w:hAnsi="Arial" w:cs="Arial"/>
          <w:b w:val="0"/>
          <w:sz w:val="24"/>
        </w:rPr>
        <w:t xml:space="preserve">Development need: </w:t>
      </w:r>
      <w:r>
        <w:rPr>
          <w:rFonts w:ascii="Arial" w:hAnsi="Arial" w:cs="Arial"/>
          <w:b w:val="0"/>
          <w:sz w:val="24"/>
          <w:highlight w:val="yellow"/>
        </w:rPr>
        <w:t>[Skill or knowledge]</w:t>
      </w:r>
      <w:r>
        <w:br/>
      </w:r>
      <w:r>
        <w:rPr>
          <w:rFonts w:ascii="Arial" w:hAnsi="Arial" w:cs="Arial"/>
          <w:b w:val="0"/>
          <w:sz w:val="24"/>
        </w:rPr>
        <w:t xml:space="preserve">Action: </w:t>
      </w:r>
      <w:r>
        <w:rPr>
          <w:rFonts w:ascii="Arial" w:hAnsi="Arial" w:cs="Arial"/>
          <w:b w:val="0"/>
          <w:sz w:val="24"/>
          <w:highlight w:val="yellow"/>
        </w:rPr>
        <w:t>[Training, project, coaching or other]</w:t>
      </w:r>
      <w:r>
        <w:br/>
      </w:r>
      <w:r>
        <w:rPr>
          <w:rFonts w:ascii="Arial" w:hAnsi="Arial" w:cs="Arial"/>
          <w:b w:val="0"/>
          <w:sz w:val="24"/>
        </w:rPr>
        <w:t xml:space="preserve">Support from the company: </w:t>
      </w:r>
      <w:r>
        <w:rPr>
          <w:rFonts w:ascii="Arial" w:hAnsi="Arial" w:cs="Arial"/>
          <w:b w:val="0"/>
          <w:sz w:val="24"/>
          <w:highlight w:val="yellow"/>
        </w:rPr>
        <w:t>[Support]</w:t>
      </w:r>
      <w:r>
        <w:br/>
      </w:r>
      <w:r>
        <w:rPr>
          <w:rFonts w:ascii="Arial" w:hAnsi="Arial" w:cs="Arial"/>
          <w:b w:val="0"/>
          <w:sz w:val="24"/>
        </w:rPr>
        <w:t xml:space="preserve">Target 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7: For end-of-probation reviews</w:t>
      </w:r>
      <w:r>
        <w:br/>
      </w:r>
      <w:r>
        <w:rPr>
          <w:rFonts w:ascii="Arial" w:hAnsi="Arial" w:cs="Arial"/>
          <w:b w:val="0"/>
          <w:sz w:val="24"/>
        </w:rPr>
        <w:t xml:space="preserve">Recommendation: </w:t>
      </w:r>
      <w:r>
        <w:rPr>
          <w:rFonts w:ascii="Arial" w:hAnsi="Arial" w:cs="Arial"/>
          <w:b w:val="0"/>
          <w:sz w:val="24"/>
          <w:highlight w:val="yellow"/>
        </w:rPr>
        <w:t>[Confirm employment / End the contract during probation]</w:t>
      </w:r>
      <w:r>
        <w:br/>
      </w:r>
      <w:r>
        <w:rPr>
          <w:rFonts w:ascii="Arial" w:hAnsi="Arial" w:cs="Arial"/>
          <w:b w:val="0"/>
          <w:sz w:val="24"/>
        </w:rPr>
        <w:t xml:space="preserve">Reason: </w:t>
      </w:r>
      <w:r>
        <w:rPr>
          <w:rFonts w:ascii="Arial" w:hAnsi="Arial" w:cs="Arial"/>
          <w:b w:val="0"/>
          <w:sz w:val="24"/>
          <w:highlight w:val="yellow"/>
        </w:rPr>
        <w:t>[Reason]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8: Employee’s comments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[Employee’s comments]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Signatures</w:t>
      </w:r>
      <w:r>
        <w:br/>
      </w:r>
      <w:r>
        <w:rPr>
          <w:rFonts w:ascii="Arial" w:hAnsi="Arial" w:cs="Arial"/>
          <w:b w:val="0"/>
          <w:sz w:val="24"/>
        </w:rPr>
        <w:t xml:space="preserve">Employee (confirms having seen this appraisal): </w:t>
      </w:r>
      <w:r>
        <w:rPr>
          <w:rFonts w:ascii="Arial" w:hAnsi="Arial" w:cs="Arial"/>
          <w:b w:val="0"/>
          <w:sz w:val="24"/>
          <w:highlight w:val="yellow"/>
        </w:rPr>
        <w:t>[Name, signature and date]</w:t>
      </w:r>
      <w:r>
        <w:br/>
      </w:r>
      <w:r>
        <w:rPr>
          <w:rFonts w:ascii="Arial" w:hAnsi="Arial" w:cs="Arial"/>
          <w:b w:val="0"/>
          <w:sz w:val="24"/>
        </w:rPr>
        <w:t xml:space="preserve">Manager: </w:t>
      </w:r>
      <w:r>
        <w:rPr>
          <w:rFonts w:ascii="Arial" w:hAnsi="Arial" w:cs="Arial"/>
          <w:b w:val="0"/>
          <w:sz w:val="24"/>
          <w:highlight w:val="yellow"/>
        </w:rPr>
        <w:t>[Name, signature and date]</w:t>
      </w:r>
      <w:r>
        <w:br/>
      </w:r>
      <w:r>
        <w:rPr>
          <w:rFonts w:ascii="Arial" w:hAnsi="Arial" w:cs="Arial"/>
          <w:b w:val="0"/>
          <w:sz w:val="24"/>
        </w:rPr>
        <w:t xml:space="preserve">HR: </w:t>
      </w:r>
      <w:r>
        <w:rPr>
          <w:rFonts w:ascii="Arial" w:hAnsi="Arial" w:cs="Arial"/>
          <w:b w:val="0"/>
          <w:sz w:val="24"/>
          <w:highlight w:val="yellow"/>
        </w:rPr>
        <w:t>[Name, signature and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appraisal form template (employee evaluation)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