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</w:pPr>
      <w:r>
        <w:rPr>
          <w:rFonts w:ascii="Arial" w:hAnsi="Arial" w:cs="Arial"/>
          <w:b w:val="0"/>
          <w:sz w:val="24"/>
          <w:highlight w:val="yellow"/>
        </w:rPr>
        <w:t>[Company name]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[Commercial registration number]</w:t>
      </w:r>
      <w:r>
        <w:rPr>
          <w:rFonts w:ascii="Arial" w:hAnsi="Arial" w:cs="Arial"/>
          <w:b w:val="0"/>
          <w:sz w:val="24"/>
        </w:rPr>
        <w:t xml:space="preserve"> · </w:t>
      </w:r>
      <w:r>
        <w:rPr>
          <w:rFonts w:ascii="Arial" w:hAnsi="Arial" w:cs="Arial"/>
          <w:b w:val="0"/>
          <w:sz w:val="24"/>
          <w:highlight w:val="yellow"/>
        </w:rPr>
        <w:t>[Address]</w:t>
      </w:r>
      <w:r>
        <w:rPr>
          <w:rFonts w:ascii="Arial" w:hAnsi="Arial" w:cs="Arial"/>
          <w:b w:val="0"/>
          <w:sz w:val="24"/>
        </w:rPr>
        <w:t xml:space="preserve"> · </w:t>
      </w:r>
      <w:r>
        <w:rPr>
          <w:rFonts w:ascii="Arial" w:hAnsi="Arial" w:cs="Arial"/>
          <w:b w:val="0"/>
          <w:sz w:val="24"/>
          <w:highlight w:val="yellow"/>
        </w:rPr>
        <w:t>[Phone]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Date: </w:t>
      </w:r>
      <w:r>
        <w:rPr>
          <w:rFonts w:ascii="Arial" w:hAnsi="Arial" w:cs="Arial"/>
          <w:b w:val="0"/>
          <w:sz w:val="24"/>
          <w:highlight w:val="yellow"/>
        </w:rPr>
        <w:t>[DD/MM/YYYY]</w:t>
      </w:r>
      <w:r>
        <w:br/>
      </w:r>
      <w:r>
        <w:rPr>
          <w:rFonts w:ascii="Arial" w:hAnsi="Arial" w:cs="Arial"/>
          <w:b w:val="0"/>
          <w:sz w:val="24"/>
        </w:rPr>
        <w:t xml:space="preserve">Reference: </w:t>
      </w:r>
      <w:r>
        <w:rPr>
          <w:rFonts w:ascii="Arial" w:hAnsi="Arial" w:cs="Arial"/>
          <w:b w:val="0"/>
          <w:sz w:val="24"/>
          <w:highlight w:val="yellow"/>
        </w:rPr>
        <w:t>[Reference number]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To: </w:t>
      </w:r>
      <w:r>
        <w:rPr>
          <w:rFonts w:ascii="Arial" w:hAnsi="Arial" w:cs="Arial"/>
          <w:b w:val="0"/>
          <w:sz w:val="24"/>
          <w:highlight w:val="yellow"/>
        </w:rPr>
        <w:t>[Candidate full name]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[Candidate e-mail or address]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Subject: Offer of employment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Dear </w:t>
      </w:r>
      <w:r>
        <w:rPr>
          <w:rFonts w:ascii="Arial" w:hAnsi="Arial" w:cs="Arial"/>
          <w:b w:val="0"/>
          <w:sz w:val="24"/>
          <w:highlight w:val="yellow"/>
        </w:rPr>
        <w:t>[Candidate name]</w:t>
      </w:r>
      <w:r>
        <w:rPr>
          <w:rFonts w:ascii="Arial" w:hAnsi="Arial" w:cs="Arial"/>
          <w:b w:val="0"/>
          <w:sz w:val="24"/>
        </w:rPr>
        <w:t>,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Following your interviews with us, we are pleased to offer you the position of </w:t>
      </w:r>
      <w:r>
        <w:rPr>
          <w:rFonts w:ascii="Arial" w:hAnsi="Arial" w:cs="Arial"/>
          <w:b w:val="0"/>
          <w:sz w:val="24"/>
          <w:highlight w:val="yellow"/>
        </w:rPr>
        <w:t>[Job title]</w:t>
      </w:r>
      <w:r>
        <w:rPr>
          <w:rFonts w:ascii="Arial" w:hAnsi="Arial" w:cs="Arial"/>
          <w:b w:val="0"/>
          <w:sz w:val="24"/>
        </w:rPr>
        <w:t xml:space="preserve"> in </w:t>
      </w:r>
      <w:r>
        <w:rPr>
          <w:rFonts w:ascii="Arial" w:hAnsi="Arial" w:cs="Arial"/>
          <w:b w:val="0"/>
          <w:sz w:val="24"/>
          <w:highlight w:val="yellow"/>
        </w:rPr>
        <w:t>[Department]</w:t>
      </w:r>
      <w:r>
        <w:rPr>
          <w:rFonts w:ascii="Arial" w:hAnsi="Arial" w:cs="Arial"/>
          <w:b w:val="0"/>
          <w:sz w:val="24"/>
        </w:rPr>
        <w:t xml:space="preserve"> at </w:t>
      </w:r>
      <w:r>
        <w:rPr>
          <w:rFonts w:ascii="Arial" w:hAnsi="Arial" w:cs="Arial"/>
          <w:b w:val="0"/>
          <w:sz w:val="24"/>
          <w:highlight w:val="yellow"/>
        </w:rPr>
        <w:t>[Company name]</w:t>
      </w:r>
      <w:r>
        <w:rPr>
          <w:rFonts w:ascii="Arial" w:hAnsi="Arial" w:cs="Arial"/>
          <w:b w:val="0"/>
          <w:sz w:val="24"/>
        </w:rPr>
        <w:t>, on the following terms: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Job title: </w:t>
      </w:r>
      <w:r>
        <w:rPr>
          <w:rFonts w:ascii="Arial" w:hAnsi="Arial" w:cs="Arial"/>
          <w:b w:val="0"/>
          <w:sz w:val="24"/>
          <w:highlight w:val="yellow"/>
        </w:rPr>
        <w:t>[Job title]</w:t>
      </w:r>
      <w:r>
        <w:br/>
      </w:r>
      <w:r>
        <w:rPr>
          <w:rFonts w:ascii="Arial" w:hAnsi="Arial" w:cs="Arial"/>
          <w:b w:val="0"/>
          <w:sz w:val="24"/>
        </w:rPr>
        <w:t xml:space="preserve">Reporting to: </w:t>
      </w:r>
      <w:r>
        <w:rPr>
          <w:rFonts w:ascii="Arial" w:hAnsi="Arial" w:cs="Arial"/>
          <w:b w:val="0"/>
          <w:sz w:val="24"/>
          <w:highlight w:val="yellow"/>
        </w:rPr>
        <w:t>[Manager’s title]</w:t>
      </w:r>
      <w:r>
        <w:br/>
      </w:r>
      <w:r>
        <w:rPr>
          <w:rFonts w:ascii="Arial" w:hAnsi="Arial" w:cs="Arial"/>
          <w:b w:val="0"/>
          <w:sz w:val="24"/>
        </w:rPr>
        <w:t xml:space="preserve">Place of work: </w:t>
      </w:r>
      <w:r>
        <w:rPr>
          <w:rFonts w:ascii="Arial" w:hAnsi="Arial" w:cs="Arial"/>
          <w:b w:val="0"/>
          <w:sz w:val="24"/>
          <w:highlight w:val="yellow"/>
        </w:rPr>
        <w:t>[City and work location]</w:t>
      </w:r>
      <w:r>
        <w:br/>
      </w:r>
      <w:r>
        <w:rPr>
          <w:rFonts w:ascii="Arial" w:hAnsi="Arial" w:cs="Arial"/>
          <w:b w:val="0"/>
          <w:sz w:val="24"/>
        </w:rPr>
        <w:t xml:space="preserve">Contract type: </w:t>
      </w:r>
      <w:r>
        <w:rPr>
          <w:rFonts w:ascii="Arial" w:hAnsi="Arial" w:cs="Arial"/>
          <w:b w:val="0"/>
          <w:sz w:val="24"/>
          <w:highlight w:val="yellow"/>
        </w:rPr>
        <w:t>[Open-ended / Fixed-term for (number) months/years]</w:t>
      </w:r>
      <w:r>
        <w:br/>
      </w:r>
      <w:r>
        <w:rPr>
          <w:rFonts w:ascii="Arial" w:hAnsi="Arial" w:cs="Arial"/>
          <w:b w:val="0"/>
          <w:sz w:val="24"/>
        </w:rPr>
        <w:t xml:space="preserve">Expected start date: </w:t>
      </w:r>
      <w:r>
        <w:rPr>
          <w:rFonts w:ascii="Arial" w:hAnsi="Arial" w:cs="Arial"/>
          <w:b w:val="0"/>
          <w:sz w:val="24"/>
          <w:highlight w:val="yellow"/>
        </w:rPr>
        <w:t>[DD/MM/YYYY]</w:t>
      </w:r>
      <w:r>
        <w:br/>
      </w:r>
      <w:r>
        <w:rPr>
          <w:rFonts w:ascii="Arial" w:hAnsi="Arial" w:cs="Arial"/>
          <w:b w:val="0"/>
          <w:sz w:val="24"/>
        </w:rPr>
        <w:t xml:space="preserve">Probation: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 days from the start date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Monthly pay:</w:t>
      </w:r>
      <w:r>
        <w:br/>
      </w:r>
      <w:r>
        <w:rPr>
          <w:rFonts w:ascii="Arial" w:hAnsi="Arial" w:cs="Arial"/>
          <w:b w:val="0"/>
          <w:sz w:val="24"/>
        </w:rPr>
        <w:t xml:space="preserve">Basic wage: </w:t>
      </w:r>
      <w:r>
        <w:rPr>
          <w:rFonts w:ascii="Arial" w:hAnsi="Arial" w:cs="Arial"/>
          <w:b w:val="0"/>
          <w:sz w:val="24"/>
          <w:highlight w:val="yellow"/>
        </w:rPr>
        <w:t>[Amount]</w:t>
      </w:r>
      <w:r>
        <w:rPr>
          <w:rFonts w:ascii="Arial" w:hAnsi="Arial" w:cs="Arial"/>
          <w:b w:val="0"/>
          <w:sz w:val="24"/>
        </w:rPr>
        <w:t xml:space="preserve"> SAR</w:t>
      </w:r>
      <w:r>
        <w:br/>
      </w:r>
      <w:r>
        <w:rPr>
          <w:rFonts w:ascii="Arial" w:hAnsi="Arial" w:cs="Arial"/>
          <w:b w:val="0"/>
          <w:sz w:val="24"/>
        </w:rPr>
        <w:t xml:space="preserve">Housing allowance: </w:t>
      </w:r>
      <w:r>
        <w:rPr>
          <w:rFonts w:ascii="Arial" w:hAnsi="Arial" w:cs="Arial"/>
          <w:b w:val="0"/>
          <w:sz w:val="24"/>
          <w:highlight w:val="yellow"/>
        </w:rPr>
        <w:t>[Amount]</w:t>
      </w:r>
      <w:r>
        <w:rPr>
          <w:rFonts w:ascii="Arial" w:hAnsi="Arial" w:cs="Arial"/>
          <w:b w:val="0"/>
          <w:sz w:val="24"/>
        </w:rPr>
        <w:t xml:space="preserve"> SAR</w:t>
      </w:r>
      <w:r>
        <w:br/>
      </w:r>
      <w:r>
        <w:rPr>
          <w:rFonts w:ascii="Arial" w:hAnsi="Arial" w:cs="Arial"/>
          <w:b w:val="0"/>
          <w:sz w:val="24"/>
        </w:rPr>
        <w:t xml:space="preserve">Transport allowance: </w:t>
      </w:r>
      <w:r>
        <w:rPr>
          <w:rFonts w:ascii="Arial" w:hAnsi="Arial" w:cs="Arial"/>
          <w:b w:val="0"/>
          <w:sz w:val="24"/>
          <w:highlight w:val="yellow"/>
        </w:rPr>
        <w:t>[Amount]</w:t>
      </w:r>
      <w:r>
        <w:rPr>
          <w:rFonts w:ascii="Arial" w:hAnsi="Arial" w:cs="Arial"/>
          <w:b w:val="0"/>
          <w:sz w:val="24"/>
        </w:rPr>
        <w:t xml:space="preserve"> SAR</w:t>
      </w:r>
      <w:r>
        <w:br/>
      </w:r>
      <w:r>
        <w:rPr>
          <w:rFonts w:ascii="Arial" w:hAnsi="Arial" w:cs="Arial"/>
          <w:b w:val="0"/>
          <w:sz w:val="24"/>
        </w:rPr>
        <w:t xml:space="preserve">Other allowances: </w:t>
      </w:r>
      <w:r>
        <w:rPr>
          <w:rFonts w:ascii="Arial" w:hAnsi="Arial" w:cs="Arial"/>
          <w:b w:val="0"/>
          <w:sz w:val="24"/>
          <w:highlight w:val="yellow"/>
        </w:rPr>
        <w:t>[Name and amount]</w:t>
      </w:r>
      <w:r>
        <w:rPr>
          <w:rFonts w:ascii="Arial" w:hAnsi="Arial" w:cs="Arial"/>
          <w:b w:val="0"/>
          <w:sz w:val="24"/>
        </w:rPr>
        <w:t xml:space="preserve"> SAR</w:t>
      </w:r>
      <w:r>
        <w:br/>
      </w:r>
      <w:r>
        <w:rPr>
          <w:rFonts w:ascii="Arial" w:hAnsi="Arial" w:cs="Arial"/>
          <w:b w:val="0"/>
          <w:sz w:val="24"/>
        </w:rPr>
        <w:t xml:space="preserve">Total monthly pay: </w:t>
      </w:r>
      <w:r>
        <w:rPr>
          <w:rFonts w:ascii="Arial" w:hAnsi="Arial" w:cs="Arial"/>
          <w:b w:val="0"/>
          <w:sz w:val="24"/>
          <w:highlight w:val="yellow"/>
        </w:rPr>
        <w:t>[Amount]</w:t>
      </w:r>
      <w:r>
        <w:rPr>
          <w:rFonts w:ascii="Arial" w:hAnsi="Arial" w:cs="Arial"/>
          <w:b w:val="0"/>
          <w:sz w:val="24"/>
        </w:rPr>
        <w:t xml:space="preserve"> SAR</w:t>
      </w:r>
      <w:r>
        <w:br/>
      </w:r>
      <w:r>
        <w:rPr>
          <w:rFonts w:ascii="Arial" w:hAnsi="Arial" w:cs="Arial"/>
          <w:b w:val="0"/>
          <w:sz w:val="24"/>
        </w:rPr>
        <w:t>Statutory deductions, such as social insurance, apply as the law requires.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Working hours: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 hours a day,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 days a week</w:t>
      </w:r>
      <w:r>
        <w:br/>
      </w:r>
      <w:r>
        <w:rPr>
          <w:rFonts w:ascii="Arial" w:hAnsi="Arial" w:cs="Arial"/>
          <w:b w:val="0"/>
          <w:sz w:val="24"/>
        </w:rPr>
        <w:t xml:space="preserve">Annual leave: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 days a year</w:t>
      </w:r>
      <w:r>
        <w:br/>
      </w:r>
      <w:r>
        <w:rPr>
          <w:rFonts w:ascii="Arial" w:hAnsi="Arial" w:cs="Arial"/>
          <w:b w:val="0"/>
          <w:sz w:val="24"/>
        </w:rPr>
        <w:t xml:space="preserve">Other benefits: </w:t>
      </w:r>
      <w:r>
        <w:rPr>
          <w:rFonts w:ascii="Arial" w:hAnsi="Arial" w:cs="Arial"/>
          <w:b w:val="0"/>
          <w:sz w:val="24"/>
          <w:highlight w:val="yellow"/>
        </w:rPr>
        <w:t>[Medical insurance class, annual ticket, other benefits]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This offer is conditional on: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[Satisfactory verification of your qualifications and previous employment]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[Passing the pre-employment medical examination]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[Issue of the visa, work permit and iqama, for candidates recruited from abroad]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[Other conditions]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Your employment will be governed by an employment contract on these terms, documented on the Qiwa platform, and by the Saudi Labour Law and the company’s work regulations.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Please confirm your acceptance by signing and returning a copy of this letter by </w:t>
      </w:r>
      <w:r>
        <w:rPr>
          <w:rFonts w:ascii="Arial" w:hAnsi="Arial" w:cs="Arial"/>
          <w:b w:val="0"/>
          <w:sz w:val="24"/>
          <w:highlight w:val="yellow"/>
        </w:rPr>
        <w:t>[DD/MM/YYYY]</w:t>
      </w:r>
      <w:r>
        <w:rPr>
          <w:rFonts w:ascii="Arial" w:hAnsi="Arial" w:cs="Arial"/>
          <w:b w:val="0"/>
          <w:sz w:val="24"/>
        </w:rPr>
        <w:t>. If we do not receive your acceptance by that date, this offer will lapse.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We look forward to welcoming you to the team.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  <w:highlight w:val="yellow"/>
        </w:rPr>
        <w:t>[Name of the authorised signatory]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[Job title]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[Signature and company stamp]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Acceptance by the candidate</w:t>
      </w:r>
      <w:r>
        <w:br/>
      </w:r>
      <w:r>
        <w:rPr>
          <w:rFonts w:ascii="Arial" w:hAnsi="Arial" w:cs="Arial"/>
          <w:b w:val="0"/>
          <w:sz w:val="24"/>
        </w:rPr>
        <w:t>I accept this offer on the terms above.</w:t>
      </w:r>
      <w:r>
        <w:br/>
      </w:r>
      <w:r>
        <w:rPr>
          <w:rFonts w:ascii="Arial" w:hAnsi="Arial" w:cs="Arial"/>
          <w:b w:val="0"/>
          <w:sz w:val="24"/>
        </w:rPr>
        <w:t xml:space="preserve">Name: </w:t>
      </w:r>
      <w:r>
        <w:rPr>
          <w:rFonts w:ascii="Arial" w:hAnsi="Arial" w:cs="Arial"/>
          <w:b w:val="0"/>
          <w:sz w:val="24"/>
          <w:highlight w:val="yellow"/>
        </w:rPr>
        <w:t>[Candidate full name]</w:t>
      </w:r>
      <w:r>
        <w:br/>
      </w:r>
      <w:r>
        <w:rPr>
          <w:rFonts w:ascii="Arial" w:hAnsi="Arial" w:cs="Arial"/>
          <w:b w:val="0"/>
          <w:sz w:val="24"/>
        </w:rPr>
        <w:t xml:space="preserve">Signature: </w:t>
      </w:r>
      <w:r>
        <w:rPr>
          <w:rFonts w:ascii="Arial" w:hAnsi="Arial" w:cs="Arial"/>
          <w:b w:val="0"/>
          <w:sz w:val="24"/>
          <w:highlight w:val="yellow"/>
        </w:rPr>
        <w:t>[Signature]</w:t>
      </w:r>
      <w:r>
        <w:br/>
      </w:r>
      <w:r>
        <w:rPr>
          <w:rFonts w:ascii="Arial" w:hAnsi="Arial" w:cs="Arial"/>
          <w:b w:val="0"/>
          <w:sz w:val="24"/>
        </w:rPr>
        <w:t xml:space="preserve">Date: </w:t>
      </w:r>
      <w:r>
        <w:rPr>
          <w:rFonts w:ascii="Arial" w:hAnsi="Arial" w:cs="Arial"/>
          <w:b w:val="0"/>
          <w:sz w:val="24"/>
          <w:highlight w:val="yellow"/>
        </w:rPr>
        <w:t>[DD/MM/YYYY]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offer letter template for Saudi Arabia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