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36" w:lineRule="auto"/>
      </w:pPr>
      <w:r>
        <w:rPr>
          <w:rFonts w:ascii="Arial" w:hAnsi="Arial" w:cs="Arial"/>
          <w:b w:val="0"/>
          <w:sz w:val="24"/>
          <w:highlight w:val="yellow"/>
        </w:rPr>
        <w:t>[Company name]</w:t>
      </w:r>
      <w:r>
        <w:br/>
      </w:r>
      <w:r>
        <w:rPr>
          <w:rFonts w:ascii="Arial" w:hAnsi="Arial" w:cs="Arial"/>
          <w:b w:val="0"/>
          <w:sz w:val="24"/>
          <w:highlight w:val="yellow"/>
        </w:rPr>
        <w:t>[Commercial registration number]</w:t>
      </w:r>
      <w:r>
        <w:rPr>
          <w:rFonts w:ascii="Arial" w:hAnsi="Arial" w:cs="Arial"/>
          <w:b w:val="0"/>
          <w:sz w:val="24"/>
        </w:rPr>
        <w:t xml:space="preserve"> · </w:t>
      </w:r>
      <w:r>
        <w:rPr>
          <w:rFonts w:ascii="Arial" w:hAnsi="Arial" w:cs="Arial"/>
          <w:b w:val="0"/>
          <w:sz w:val="24"/>
          <w:highlight w:val="yellow"/>
        </w:rPr>
        <w:t>[Address]</w:t>
      </w:r>
      <w:r>
        <w:rPr>
          <w:rFonts w:ascii="Arial" w:hAnsi="Arial" w:cs="Arial"/>
          <w:b w:val="0"/>
          <w:sz w:val="24"/>
        </w:rPr>
        <w:t xml:space="preserve"> · </w:t>
      </w:r>
      <w:r>
        <w:rPr>
          <w:rFonts w:ascii="Arial" w:hAnsi="Arial" w:cs="Arial"/>
          <w:b w:val="0"/>
          <w:sz w:val="24"/>
          <w:highlight w:val="yellow"/>
        </w:rPr>
        <w:t>[Phone]</w:t>
      </w:r>
    </w:p>
    <w:p>
      <w:pPr>
        <w:spacing w:after="200" w:line="336" w:lineRule="auto"/>
      </w:pPr>
      <w:r>
        <w:rPr>
          <w:rFonts w:ascii="Arial" w:hAnsi="Arial" w:cs="Arial"/>
          <w:b w:val="0"/>
          <w:sz w:val="24"/>
        </w:rPr>
        <w:t xml:space="preserve">Date: </w:t>
      </w:r>
      <w:r>
        <w:rPr>
          <w:rFonts w:ascii="Arial" w:hAnsi="Arial" w:cs="Arial"/>
          <w:b w:val="0"/>
          <w:sz w:val="24"/>
          <w:highlight w:val="yellow"/>
        </w:rPr>
        <w:t>[DD/MM/YYYY]</w:t>
      </w:r>
      <w:r>
        <w:br/>
      </w:r>
      <w:r>
        <w:rPr>
          <w:rFonts w:ascii="Arial" w:hAnsi="Arial" w:cs="Arial"/>
          <w:b w:val="0"/>
          <w:sz w:val="24"/>
        </w:rPr>
        <w:t xml:space="preserve">Reference: </w:t>
      </w:r>
      <w:r>
        <w:rPr>
          <w:rFonts w:ascii="Arial" w:hAnsi="Arial" w:cs="Arial"/>
          <w:b w:val="0"/>
          <w:sz w:val="24"/>
          <w:highlight w:val="yellow"/>
        </w:rPr>
        <w:t>[Reference number]</w:t>
      </w:r>
    </w:p>
    <w:p>
      <w:pPr>
        <w:spacing w:after="200" w:line="336" w:lineRule="auto"/>
      </w:pPr>
      <w:r>
        <w:rPr>
          <w:rFonts w:ascii="Arial" w:hAnsi="Arial" w:cs="Arial"/>
          <w:b w:val="0"/>
          <w:sz w:val="24"/>
        </w:rPr>
        <w:t xml:space="preserve">To: </w:t>
      </w:r>
      <w:r>
        <w:rPr>
          <w:rFonts w:ascii="Arial" w:hAnsi="Arial" w:cs="Arial"/>
          <w:b w:val="0"/>
          <w:sz w:val="24"/>
          <w:highlight w:val="yellow"/>
        </w:rPr>
        <w:t>[Name of the receiving body, or “To whom it may concern”]</w:t>
      </w:r>
    </w:p>
    <w:p>
      <w:pPr>
        <w:spacing w:after="200" w:line="336" w:lineRule="auto"/>
      </w:pPr>
      <w:r>
        <w:rPr>
          <w:rFonts w:ascii="Arial" w:hAnsi="Arial" w:cs="Arial"/>
          <w:b w:val="0"/>
          <w:sz w:val="24"/>
        </w:rPr>
        <w:t>Subject: No objection letter</w:t>
      </w:r>
    </w:p>
    <w:p>
      <w:pPr>
        <w:spacing w:after="200" w:line="336" w:lineRule="auto"/>
      </w:pPr>
      <w:r>
        <w:rPr>
          <w:rFonts w:ascii="Arial" w:hAnsi="Arial" w:cs="Arial"/>
          <w:b w:val="0"/>
          <w:sz w:val="24"/>
        </w:rPr>
        <w:t xml:space="preserve">We certify that </w:t>
      </w:r>
      <w:r>
        <w:rPr>
          <w:rFonts w:ascii="Arial" w:hAnsi="Arial" w:cs="Arial"/>
          <w:b w:val="0"/>
          <w:sz w:val="24"/>
          <w:highlight w:val="yellow"/>
        </w:rPr>
        <w:t>[Employee full name]</w:t>
      </w:r>
      <w:r>
        <w:rPr>
          <w:rFonts w:ascii="Arial" w:hAnsi="Arial" w:cs="Arial"/>
          <w:b w:val="0"/>
          <w:sz w:val="24"/>
        </w:rPr>
        <w:t xml:space="preserve">, a </w:t>
      </w:r>
      <w:r>
        <w:rPr>
          <w:rFonts w:ascii="Arial" w:hAnsi="Arial" w:cs="Arial"/>
          <w:b w:val="0"/>
          <w:sz w:val="24"/>
          <w:highlight w:val="yellow"/>
        </w:rPr>
        <w:t>[Nationality]</w:t>
      </w:r>
      <w:r>
        <w:rPr>
          <w:rFonts w:ascii="Arial" w:hAnsi="Arial" w:cs="Arial"/>
          <w:b w:val="0"/>
          <w:sz w:val="24"/>
        </w:rPr>
        <w:t xml:space="preserve"> national holding </w:t>
      </w:r>
      <w:r>
        <w:rPr>
          <w:rFonts w:ascii="Arial" w:hAnsi="Arial" w:cs="Arial"/>
          <w:b w:val="0"/>
          <w:sz w:val="24"/>
          <w:highlight w:val="yellow"/>
        </w:rPr>
        <w:t>[National ID / Iqama]</w:t>
      </w:r>
      <w:r>
        <w:rPr>
          <w:rFonts w:ascii="Arial" w:hAnsi="Arial" w:cs="Arial"/>
          <w:b w:val="0"/>
          <w:sz w:val="24"/>
        </w:rPr>
        <w:t xml:space="preserve"> number </w:t>
      </w:r>
      <w:r>
        <w:rPr>
          <w:rFonts w:ascii="Arial" w:hAnsi="Arial" w:cs="Arial"/>
          <w:b w:val="0"/>
          <w:sz w:val="24"/>
          <w:highlight w:val="yellow"/>
        </w:rPr>
        <w:t>[Number]</w:t>
      </w:r>
      <w:r>
        <w:rPr>
          <w:rFonts w:ascii="Arial" w:hAnsi="Arial" w:cs="Arial"/>
          <w:b w:val="0"/>
          <w:sz w:val="24"/>
        </w:rPr>
        <w:t xml:space="preserve">, has been employed by </w:t>
      </w:r>
      <w:r>
        <w:rPr>
          <w:rFonts w:ascii="Arial" w:hAnsi="Arial" w:cs="Arial"/>
          <w:b w:val="0"/>
          <w:sz w:val="24"/>
          <w:highlight w:val="yellow"/>
        </w:rPr>
        <w:t>[Company name]</w:t>
      </w:r>
      <w:r>
        <w:rPr>
          <w:rFonts w:ascii="Arial" w:hAnsi="Arial" w:cs="Arial"/>
          <w:b w:val="0"/>
          <w:sz w:val="24"/>
        </w:rPr>
        <w:t xml:space="preserve"> since </w:t>
      </w:r>
      <w:r>
        <w:rPr>
          <w:rFonts w:ascii="Arial" w:hAnsi="Arial" w:cs="Arial"/>
          <w:b w:val="0"/>
          <w:sz w:val="24"/>
          <w:highlight w:val="yellow"/>
        </w:rPr>
        <w:t>[Start date]</w:t>
      </w:r>
      <w:r>
        <w:rPr>
          <w:rFonts w:ascii="Arial" w:hAnsi="Arial" w:cs="Arial"/>
          <w:b w:val="0"/>
          <w:sz w:val="24"/>
        </w:rPr>
        <w:t xml:space="preserve"> as </w:t>
      </w:r>
      <w:r>
        <w:rPr>
          <w:rFonts w:ascii="Arial" w:hAnsi="Arial" w:cs="Arial"/>
          <w:b w:val="0"/>
          <w:sz w:val="24"/>
          <w:highlight w:val="yellow"/>
        </w:rPr>
        <w:t>[Job title]</w:t>
      </w:r>
      <w:r>
        <w:rPr>
          <w:rFonts w:ascii="Arial" w:hAnsi="Arial" w:cs="Arial"/>
          <w:b w:val="0"/>
          <w:sz w:val="24"/>
        </w:rPr>
        <w:t>, and is still in our employment as of the date of this letter.</w:t>
      </w:r>
    </w:p>
    <w:p>
      <w:pPr>
        <w:spacing w:after="200" w:line="336" w:lineRule="auto"/>
      </w:pPr>
      <w:r>
        <w:rPr>
          <w:rFonts w:ascii="Arial" w:hAnsi="Arial" w:cs="Arial"/>
          <w:b w:val="0"/>
          <w:sz w:val="24"/>
        </w:rPr>
        <w:t xml:space="preserve">The company has no objection to </w:t>
      </w:r>
      <w:r>
        <w:rPr>
          <w:rFonts w:ascii="Arial" w:hAnsi="Arial" w:cs="Arial"/>
          <w:b w:val="0"/>
          <w:sz w:val="24"/>
          <w:highlight w:val="yellow"/>
        </w:rPr>
        <w:t>[describe the purpose precisely, for example: the employee enrolling in (programme) at (institution) outside working hours / the employee travelling to (country) from (date) to (date) during approved annual leave / the employee applying for (licence or membership)]</w:t>
      </w:r>
      <w:r>
        <w:rPr>
          <w:rFonts w:ascii="Arial" w:hAnsi="Arial" w:cs="Arial"/>
          <w:b w:val="0"/>
          <w:sz w:val="24"/>
        </w:rPr>
        <w:t>.</w:t>
      </w:r>
    </w:p>
    <w:p>
      <w:pPr>
        <w:spacing w:after="200" w:line="336" w:lineRule="auto"/>
      </w:pPr>
      <w:r>
        <w:rPr>
          <w:rFonts w:ascii="Arial" w:hAnsi="Arial" w:cs="Arial"/>
          <w:b w:val="0"/>
          <w:sz w:val="24"/>
        </w:rPr>
        <w:t>This letter is issued at the employee’s request for the purpose stated above only. It does not change the terms of the employee’s employment contract, and it does not create any financial or other obligation on the company beyond what is stated in it.</w:t>
      </w:r>
    </w:p>
    <w:p>
      <w:pPr>
        <w:spacing w:after="200" w:line="336" w:lineRule="auto"/>
      </w:pPr>
      <w:r>
        <w:rPr>
          <w:rFonts w:ascii="Arial" w:hAnsi="Arial" w:cs="Arial"/>
          <w:b w:val="0"/>
          <w:sz w:val="24"/>
        </w:rPr>
        <w:t xml:space="preserve">This letter is valid until </w:t>
      </w:r>
      <w:r>
        <w:rPr>
          <w:rFonts w:ascii="Arial" w:hAnsi="Arial" w:cs="Arial"/>
          <w:b w:val="0"/>
          <w:sz w:val="24"/>
          <w:highlight w:val="yellow"/>
        </w:rPr>
        <w:t>[DD/MM/YYYY]</w:t>
      </w:r>
      <w:r>
        <w:rPr>
          <w:rFonts w:ascii="Arial" w:hAnsi="Arial" w:cs="Arial"/>
          <w:b w:val="0"/>
          <w:sz w:val="24"/>
        </w:rPr>
        <w:t>.</w:t>
      </w:r>
    </w:p>
    <w:p>
      <w:pPr>
        <w:spacing w:after="200" w:line="336" w:lineRule="auto"/>
      </w:pPr>
      <w:r>
        <w:rPr>
          <w:rFonts w:ascii="Arial" w:hAnsi="Arial" w:cs="Arial"/>
          <w:b w:val="0"/>
          <w:sz w:val="24"/>
          <w:highlight w:val="yellow"/>
        </w:rPr>
        <w:t>[Name of the authorised signatory]</w:t>
      </w:r>
      <w:r>
        <w:br/>
      </w:r>
      <w:r>
        <w:rPr>
          <w:rFonts w:ascii="Arial" w:hAnsi="Arial" w:cs="Arial"/>
          <w:b w:val="0"/>
          <w:sz w:val="24"/>
          <w:highlight w:val="yellow"/>
        </w:rPr>
        <w:t>[Job title]</w:t>
      </w:r>
      <w:r>
        <w:br/>
      </w:r>
      <w:r>
        <w:rPr>
          <w:rFonts w:ascii="Arial" w:hAnsi="Arial" w:cs="Arial"/>
          <w:b w:val="0"/>
          <w:sz w:val="24"/>
          <w:highlight w:val="yellow"/>
        </w:rPr>
        <w:t>[Signature and company stamp]</w:t>
      </w:r>
    </w:p>
    <w:sectPr w:rsidR="00FC693F" w:rsidRPr="0006063C" w:rsidSect="00034616">
      <w:pgSz w:w="12240" w:h="15840"/>
      <w:pgMar w:top="1440" w:right="1280" w:bottom="1440" w:left="12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objection letter template (NOC) for employees in Saudi Arabia</dc:title>
  <dc:subject/>
  <dc:creator>RafiqHR</dc:creator>
  <cp:keywords/>
  <dc:description>generated by python-docx</dc:description>
  <cp:lastModifiedBy/>
  <cp:revision>1</cp:revision>
  <dcterms:created xsi:type="dcterms:W3CDTF">2013-12-23T23:15:00Z</dcterms:created>
  <dcterms:modified xsi:type="dcterms:W3CDTF">2013-12-23T23:15:00Z</dcterms:modified>
  <cp:category/>
</cp:coreProperties>
</file>