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</w:rPr>
        <w:t>Leave Request Form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Request number: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br/>
      </w:r>
      <w:r>
        <w:rPr>
          <w:rFonts w:ascii="Arial" w:hAnsi="Arial" w:cs="Arial"/>
          <w:b w:val="0"/>
          <w:sz w:val="24"/>
        </w:rPr>
        <w:t xml:space="preserve">Date of request: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1: Employee details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br/>
      </w:r>
      <w:r>
        <w:rPr>
          <w:rFonts w:ascii="Arial" w:hAnsi="Arial" w:cs="Arial"/>
          <w:b w:val="0"/>
          <w:sz w:val="24"/>
        </w:rPr>
        <w:t xml:space="preserve">Direct manager: </w:t>
      </w:r>
      <w:r>
        <w:rPr>
          <w:rFonts w:ascii="Arial" w:hAnsi="Arial" w:cs="Arial"/>
          <w:b w:val="0"/>
          <w:sz w:val="24"/>
          <w:highlight w:val="yellow"/>
        </w:rPr>
        <w:t>[Manager’s name]</w:t>
      </w:r>
      <w:r>
        <w:br/>
      </w:r>
      <w:r>
        <w:rPr>
          <w:rFonts w:ascii="Arial" w:hAnsi="Arial" w:cs="Arial"/>
          <w:b w:val="0"/>
          <w:sz w:val="24"/>
        </w:rPr>
        <w:t xml:space="preserve">Start date with the company: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2: Type of leave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Annual leave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Sick leave (attach the medical certificate)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Hajj leave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Marriage leave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Birth of a child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Bereavement (relationship: </w:t>
      </w:r>
      <w:r>
        <w:rPr>
          <w:rFonts w:ascii="Arial" w:hAnsi="Arial" w:cs="Arial"/>
          <w:b w:val="0"/>
          <w:sz w:val="24"/>
          <w:highlight w:val="yellow"/>
        </w:rPr>
        <w:t>[Relationship]</w:t>
      </w:r>
      <w:r>
        <w:rPr>
          <w:rFonts w:ascii="Arial" w:hAnsi="Arial" w:cs="Arial"/>
          <w:b w:val="0"/>
          <w:sz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Exam leave (attach supporting documents)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Maternity leave (attach the medical certificate with the expected date of birth)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Unpaid leave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Other: </w:t>
      </w:r>
      <w:r>
        <w:rPr>
          <w:rFonts w:ascii="Arial" w:hAnsi="Arial" w:cs="Arial"/>
          <w:b w:val="0"/>
          <w:sz w:val="24"/>
          <w:highlight w:val="yellow"/>
        </w:rPr>
        <w:t>[Specify]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3: Dates</w:t>
      </w:r>
      <w:r>
        <w:br/>
      </w:r>
      <w:r>
        <w:rPr>
          <w:rFonts w:ascii="Arial" w:hAnsi="Arial" w:cs="Arial"/>
          <w:b w:val="0"/>
          <w:sz w:val="24"/>
        </w:rPr>
        <w:t xml:space="preserve">From: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Number of days: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br/>
      </w:r>
      <w:r>
        <w:rPr>
          <w:rFonts w:ascii="Arial" w:hAnsi="Arial" w:cs="Arial"/>
          <w:b w:val="0"/>
          <w:sz w:val="24"/>
        </w:rPr>
        <w:t xml:space="preserve">Date of return to work: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Reason or notes: </w:t>
      </w:r>
      <w:r>
        <w:rPr>
          <w:rFonts w:ascii="Arial" w:hAnsi="Arial" w:cs="Arial"/>
          <w:b w:val="0"/>
          <w:sz w:val="24"/>
          <w:highlight w:val="yellow"/>
        </w:rPr>
        <w:t>[Notes]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4: Travel (for travel abroad)</w:t>
      </w:r>
      <w:r>
        <w:br/>
      </w:r>
      <w:r>
        <w:rPr>
          <w:rFonts w:ascii="Arial" w:hAnsi="Arial" w:cs="Arial"/>
          <w:b w:val="0"/>
          <w:sz w:val="24"/>
        </w:rPr>
        <w:t xml:space="preserve">Destination: </w:t>
      </w:r>
      <w:r>
        <w:rPr>
          <w:rFonts w:ascii="Arial" w:hAnsi="Arial" w:cs="Arial"/>
          <w:b w:val="0"/>
          <w:sz w:val="24"/>
          <w:highlight w:val="yellow"/>
        </w:rPr>
        <w:t>[Country]</w:t>
      </w:r>
      <w:r>
        <w:br/>
      </w:r>
      <w:r>
        <w:rPr>
          <w:rFonts w:ascii="Arial" w:hAnsi="Arial" w:cs="Arial"/>
          <w:b w:val="0"/>
          <w:sz w:val="24"/>
        </w:rPr>
        <w:t xml:space="preserve">Exit and re-entry visa needed: </w:t>
      </w:r>
      <w:r>
        <w:rPr>
          <w:rFonts w:ascii="Arial" w:hAnsi="Arial" w:cs="Arial"/>
          <w:b w:val="0"/>
          <w:sz w:val="24"/>
          <w:highlight w:val="yellow"/>
        </w:rPr>
        <w:t>[Yes / No]</w:t>
      </w:r>
      <w:r>
        <w:br/>
      </w:r>
      <w:r>
        <w:rPr>
          <w:rFonts w:ascii="Arial" w:hAnsi="Arial" w:cs="Arial"/>
          <w:b w:val="0"/>
          <w:sz w:val="24"/>
        </w:rPr>
        <w:t xml:space="preserve">Contact number during leave: </w:t>
      </w:r>
      <w:r>
        <w:rPr>
          <w:rFonts w:ascii="Arial" w:hAnsi="Arial" w:cs="Arial"/>
          <w:b w:val="0"/>
          <w:sz w:val="24"/>
          <w:highlight w:val="yellow"/>
        </w:rPr>
        <w:t>[Number]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5: Handover</w:t>
      </w:r>
      <w:r>
        <w:br/>
      </w:r>
      <w:r>
        <w:rPr>
          <w:rFonts w:ascii="Arial" w:hAnsi="Arial" w:cs="Arial"/>
          <w:b w:val="0"/>
          <w:sz w:val="24"/>
        </w:rPr>
        <w:t xml:space="preserve">Work handed over to: </w:t>
      </w:r>
      <w:r>
        <w:rPr>
          <w:rFonts w:ascii="Arial" w:hAnsi="Arial" w:cs="Arial"/>
          <w:b w:val="0"/>
          <w:sz w:val="24"/>
          <w:highlight w:val="yellow"/>
        </w:rPr>
        <w:t>[Colleague’s name and title]</w:t>
      </w:r>
      <w:r>
        <w:br/>
      </w:r>
      <w:r>
        <w:rPr>
          <w:rFonts w:ascii="Arial" w:hAnsi="Arial" w:cs="Arial"/>
          <w:b w:val="0"/>
          <w:sz w:val="24"/>
        </w:rPr>
        <w:t xml:space="preserve">Pending tasks: </w:t>
      </w:r>
      <w:r>
        <w:rPr>
          <w:rFonts w:ascii="Arial" w:hAnsi="Arial" w:cs="Arial"/>
          <w:b w:val="0"/>
          <w:sz w:val="24"/>
          <w:highlight w:val="yellow"/>
        </w:rPr>
        <w:t>[Main pending tasks]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Employee 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6: Manager’s decision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Approved   </w:t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Approved with different dates: </w:t>
      </w:r>
      <w:r>
        <w:rPr>
          <w:rFonts w:ascii="Arial" w:hAnsi="Arial" w:cs="Arial"/>
          <w:b w:val="0"/>
          <w:sz w:val="24"/>
          <w:highlight w:val="yellow"/>
        </w:rPr>
        <w:t>[Dates]</w:t>
      </w:r>
      <w:r>
        <w:rPr>
          <w:rFonts w:ascii="Arial" w:hAnsi="Arial" w:cs="Arial"/>
          <w:b w:val="0"/>
          <w:sz w:val="24"/>
        </w:rPr>
        <w:t xml:space="preserve">   </w:t>
      </w:r>
      <w:r>
        <w:rPr>
          <w:rFonts w:ascii="Arial" w:hAnsi="Arial" w:cs="Arial"/>
          <w:b w:val="0"/>
          <w:sz w:val="24"/>
          <w:highlight w:val="yellow"/>
        </w:rPr>
        <w:t>[ ]</w:t>
      </w:r>
      <w:r>
        <w:rPr>
          <w:rFonts w:ascii="Arial" w:hAnsi="Arial" w:cs="Arial"/>
          <w:b w:val="0"/>
          <w:sz w:val="24"/>
        </w:rPr>
        <w:t xml:space="preserve"> Declined</w:t>
      </w:r>
      <w:r>
        <w:br/>
      </w:r>
      <w:r>
        <w:rPr>
          <w:rFonts w:ascii="Arial" w:hAnsi="Arial" w:cs="Arial"/>
          <w:b w:val="0"/>
          <w:sz w:val="24"/>
        </w:rPr>
        <w:t xml:space="preserve">Reason if not approved as requested: </w:t>
      </w:r>
      <w:r>
        <w:rPr>
          <w:rFonts w:ascii="Arial" w:hAnsi="Arial" w:cs="Arial"/>
          <w:b w:val="0"/>
          <w:sz w:val="24"/>
          <w:highlight w:val="yellow"/>
        </w:rPr>
        <w:t>[Reason]</w:t>
      </w:r>
      <w:r>
        <w:br/>
      </w:r>
      <w:r>
        <w:rPr>
          <w:rFonts w:ascii="Arial" w:hAnsi="Arial" w:cs="Arial"/>
          <w:b w:val="0"/>
          <w:sz w:val="24"/>
        </w:rPr>
        <w:t xml:space="preserve">Manager name and signature: </w:t>
      </w:r>
      <w:r>
        <w:rPr>
          <w:rFonts w:ascii="Arial" w:hAnsi="Arial" w:cs="Arial"/>
          <w:b w:val="0"/>
          <w:sz w:val="24"/>
          <w:highlight w:val="yellow"/>
        </w:rPr>
        <w:t>[Name and 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Part 7: HR use</w:t>
      </w:r>
      <w:r>
        <w:br/>
      </w:r>
      <w:r>
        <w:rPr>
          <w:rFonts w:ascii="Arial" w:hAnsi="Arial" w:cs="Arial"/>
          <w:b w:val="0"/>
          <w:sz w:val="24"/>
        </w:rPr>
        <w:t xml:space="preserve">Balance before this leave: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</w:t>
      </w:r>
      <w:r>
        <w:br/>
      </w:r>
      <w:r>
        <w:rPr>
          <w:rFonts w:ascii="Arial" w:hAnsi="Arial" w:cs="Arial"/>
          <w:b w:val="0"/>
          <w:sz w:val="24"/>
        </w:rPr>
        <w:t xml:space="preserve">Days deducted: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</w:t>
      </w:r>
      <w:r>
        <w:br/>
      </w:r>
      <w:r>
        <w:rPr>
          <w:rFonts w:ascii="Arial" w:hAnsi="Arial" w:cs="Arial"/>
          <w:b w:val="0"/>
          <w:sz w:val="24"/>
        </w:rPr>
        <w:t xml:space="preserve">Balance after this leave: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</w:t>
      </w:r>
      <w:r>
        <w:br/>
      </w:r>
      <w:r>
        <w:rPr>
          <w:rFonts w:ascii="Arial" w:hAnsi="Arial" w:cs="Arial"/>
          <w:b w:val="0"/>
          <w:sz w:val="24"/>
        </w:rPr>
        <w:t xml:space="preserve">Leave pay paid in advance: </w:t>
      </w:r>
      <w:r>
        <w:rPr>
          <w:rFonts w:ascii="Arial" w:hAnsi="Arial" w:cs="Arial"/>
          <w:b w:val="0"/>
          <w:sz w:val="24"/>
          <w:highlight w:val="yellow"/>
        </w:rPr>
        <w:t>[Yes / No / Not applicable]</w:t>
      </w:r>
      <w:r>
        <w:br/>
      </w:r>
      <w:r>
        <w:rPr>
          <w:rFonts w:ascii="Arial" w:hAnsi="Arial" w:cs="Arial"/>
          <w:b w:val="0"/>
          <w:sz w:val="24"/>
        </w:rPr>
        <w:t xml:space="preserve">Recorded by: </w:t>
      </w:r>
      <w:r>
        <w:rPr>
          <w:rFonts w:ascii="Arial" w:hAnsi="Arial" w:cs="Arial"/>
          <w:b w:val="0"/>
          <w:sz w:val="24"/>
          <w:highlight w:val="yellow"/>
        </w:rPr>
        <w:t>[Name and 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 form template for employees in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