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0" w:line="336" w:lineRule="auto"/>
      </w:pPr>
      <w:r>
        <w:rPr>
          <w:rFonts w:ascii="Arial" w:hAnsi="Arial" w:cs="Arial"/>
          <w:b w:val="0"/>
          <w:sz w:val="24"/>
        </w:rPr>
        <w:t>Job title: IT support specialist</w:t>
      </w:r>
      <w:r>
        <w:br/>
      </w:r>
      <w:r>
        <w:rPr>
          <w:rFonts w:ascii="Arial" w:hAnsi="Arial" w:cs="Arial"/>
          <w:b w:val="0"/>
          <w:sz w:val="24"/>
        </w:rPr>
        <w:t xml:space="preserve">Department: </w:t>
      </w:r>
      <w:r>
        <w:rPr>
          <w:rFonts w:ascii="Arial" w:hAnsi="Arial" w:cs="Arial"/>
          <w:b w:val="0"/>
          <w:sz w:val="24"/>
          <w:highlight w:val="yellow"/>
        </w:rPr>
        <w:t>[Information technology]</w:t>
      </w:r>
      <w:r>
        <w:br/>
      </w:r>
      <w:r>
        <w:rPr>
          <w:rFonts w:ascii="Arial" w:hAnsi="Arial" w:cs="Arial"/>
          <w:b w:val="0"/>
          <w:sz w:val="24"/>
        </w:rPr>
        <w:t xml:space="preserve">Reports to: </w:t>
      </w:r>
      <w:r>
        <w:rPr>
          <w:rFonts w:ascii="Arial" w:hAnsi="Arial" w:cs="Arial"/>
          <w:b w:val="0"/>
          <w:sz w:val="24"/>
          <w:highlight w:val="yellow"/>
        </w:rPr>
        <w:t>[IT manager]</w:t>
      </w:r>
      <w:r>
        <w:br/>
      </w:r>
      <w:r>
        <w:rPr>
          <w:rFonts w:ascii="Arial" w:hAnsi="Arial" w:cs="Arial"/>
          <w:b w:val="0"/>
          <w:sz w:val="24"/>
        </w:rPr>
        <w:t xml:space="preserve">Location: </w:t>
      </w:r>
      <w:r>
        <w:rPr>
          <w:rFonts w:ascii="Arial" w:hAnsi="Arial" w:cs="Arial"/>
          <w:b w:val="0"/>
          <w:sz w:val="24"/>
          <w:highlight w:val="yellow"/>
        </w:rPr>
        <w:t>[City]</w:t>
      </w:r>
      <w:r>
        <w:rPr>
          <w:rFonts w:ascii="Arial" w:hAnsi="Arial" w:cs="Arial"/>
          <w:b w:val="0"/>
          <w:sz w:val="24"/>
        </w:rPr>
        <w:t xml:space="preserve">, </w:t>
      </w:r>
      <w:r>
        <w:rPr>
          <w:rFonts w:ascii="Arial" w:hAnsi="Arial" w:cs="Arial"/>
          <w:b w:val="0"/>
          <w:sz w:val="24"/>
          <w:highlight w:val="yellow"/>
        </w:rPr>
        <w:t>[on site / hybrid]</w:t>
      </w:r>
      <w:r>
        <w:br/>
      </w:r>
      <w:r>
        <w:rPr>
          <w:rFonts w:ascii="Arial" w:hAnsi="Arial" w:cs="Arial"/>
          <w:b w:val="0"/>
          <w:sz w:val="24"/>
        </w:rPr>
        <w:t xml:space="preserve">Employment type: </w:t>
      </w:r>
      <w:r>
        <w:rPr>
          <w:rFonts w:ascii="Arial" w:hAnsi="Arial" w:cs="Arial"/>
          <w:b w:val="0"/>
          <w:sz w:val="24"/>
          <w:highlight w:val="yellow"/>
        </w:rPr>
        <w:t>[Full time]</w:t>
      </w:r>
    </w:p>
    <w:p>
      <w:pPr>
        <w:spacing w:after="200" w:line="336" w:lineRule="auto"/>
      </w:pPr>
      <w:r>
        <w:rPr>
          <w:rFonts w:ascii="Arial" w:hAnsi="Arial" w:cs="Arial"/>
          <w:b w:val="0"/>
          <w:sz w:val="24"/>
        </w:rPr>
        <w:t>Job purpose</w:t>
      </w:r>
      <w:r>
        <w:br/>
      </w:r>
      <w:r>
        <w:rPr>
          <w:rFonts w:ascii="Arial" w:hAnsi="Arial" w:cs="Arial"/>
          <w:b w:val="0"/>
          <w:sz w:val="24"/>
        </w:rPr>
        <w:t xml:space="preserve">To keep </w:t>
      </w:r>
      <w:r>
        <w:rPr>
          <w:rFonts w:ascii="Arial" w:hAnsi="Arial" w:cs="Arial"/>
          <w:b w:val="0"/>
          <w:sz w:val="24"/>
          <w:highlight w:val="yellow"/>
        </w:rPr>
        <w:t>[Company name]</w:t>
      </w:r>
      <w:r>
        <w:rPr>
          <w:rFonts w:ascii="Arial" w:hAnsi="Arial" w:cs="Arial"/>
          <w:b w:val="0"/>
          <w:sz w:val="24"/>
        </w:rPr>
        <w:t>’s devices, accounts and systems working and secure, so that employees can do their work without interruption.</w:t>
      </w:r>
    </w:p>
    <w:p>
      <w:pPr>
        <w:spacing w:after="200" w:line="336" w:lineRule="auto"/>
      </w:pPr>
      <w:r>
        <w:rPr>
          <w:rFonts w:ascii="Arial" w:hAnsi="Arial" w:cs="Arial"/>
          <w:b w:val="0"/>
          <w:sz w:val="24"/>
        </w:rPr>
        <w:t>Key responsibilities</w:t>
      </w:r>
      <w:r>
        <w:br/>
      </w:r>
      <w:r>
        <w:rPr>
          <w:rFonts w:ascii="Arial" w:hAnsi="Arial" w:cs="Arial"/>
          <w:b w:val="0"/>
          <w:sz w:val="24"/>
        </w:rPr>
        <w:t xml:space="preserve">- Answer helpdesk requests by phone, email and </w:t>
      </w:r>
      <w:r>
        <w:rPr>
          <w:rFonts w:ascii="Arial" w:hAnsi="Arial" w:cs="Arial"/>
          <w:b w:val="0"/>
          <w:sz w:val="24"/>
          <w:highlight w:val="yellow"/>
        </w:rPr>
        <w:t>[Ticketing system]</w:t>
      </w:r>
      <w:r>
        <w:rPr>
          <w:rFonts w:ascii="Arial" w:hAnsi="Arial" w:cs="Arial"/>
          <w:b w:val="0"/>
          <w:sz w:val="24"/>
        </w:rPr>
        <w:t>, and solve or escalate them.</w:t>
      </w:r>
      <w:r>
        <w:br/>
      </w:r>
      <w:r>
        <w:rPr>
          <w:rFonts w:ascii="Arial" w:hAnsi="Arial" w:cs="Arial"/>
          <w:b w:val="0"/>
          <w:sz w:val="24"/>
        </w:rPr>
        <w:t>- Set up laptops, phones and printers for employees and fix hardware and software problems.</w:t>
      </w:r>
      <w:r>
        <w:br/>
      </w:r>
      <w:r>
        <w:rPr>
          <w:rFonts w:ascii="Arial" w:hAnsi="Arial" w:cs="Arial"/>
          <w:b w:val="0"/>
          <w:sz w:val="24"/>
        </w:rPr>
        <w:t xml:space="preserve">- Create, change and remove user accounts in </w:t>
      </w:r>
      <w:r>
        <w:rPr>
          <w:rFonts w:ascii="Arial" w:hAnsi="Arial" w:cs="Arial"/>
          <w:b w:val="0"/>
          <w:sz w:val="24"/>
          <w:highlight w:val="yellow"/>
        </w:rPr>
        <w:t>[Email and directory system]</w:t>
      </w:r>
      <w:r>
        <w:rPr>
          <w:rFonts w:ascii="Arial" w:hAnsi="Arial" w:cs="Arial"/>
          <w:b w:val="0"/>
          <w:sz w:val="24"/>
        </w:rPr>
        <w:t xml:space="preserve"> for joiners, movers and leavers.</w:t>
      </w:r>
      <w:r>
        <w:br/>
      </w:r>
      <w:r>
        <w:rPr>
          <w:rFonts w:ascii="Arial" w:hAnsi="Arial" w:cs="Arial"/>
          <w:b w:val="0"/>
          <w:sz w:val="24"/>
        </w:rPr>
        <w:t xml:space="preserve">- Support </w:t>
      </w:r>
      <w:r>
        <w:rPr>
          <w:rFonts w:ascii="Arial" w:hAnsi="Arial" w:cs="Arial"/>
          <w:b w:val="0"/>
          <w:sz w:val="24"/>
          <w:highlight w:val="yellow"/>
        </w:rPr>
        <w:t>[Business systems]</w:t>
      </w:r>
      <w:r>
        <w:rPr>
          <w:rFonts w:ascii="Arial" w:hAnsi="Arial" w:cs="Arial"/>
          <w:b w:val="0"/>
          <w:sz w:val="24"/>
        </w:rPr>
        <w:t xml:space="preserve"> and coordinate with vendors for issues beyond first-line support.</w:t>
      </w:r>
      <w:r>
        <w:br/>
      </w:r>
      <w:r>
        <w:rPr>
          <w:rFonts w:ascii="Arial" w:hAnsi="Arial" w:cs="Arial"/>
          <w:b w:val="0"/>
          <w:sz w:val="24"/>
        </w:rPr>
        <w:t>- Keep the office network, Wi-Fi, printers and meeting room equipment working.</w:t>
      </w:r>
      <w:r>
        <w:br/>
      </w:r>
      <w:r>
        <w:rPr>
          <w:rFonts w:ascii="Arial" w:hAnsi="Arial" w:cs="Arial"/>
          <w:b w:val="0"/>
          <w:sz w:val="24"/>
        </w:rPr>
        <w:t>- Apply security updates and keep antivirus and device protection current.</w:t>
      </w:r>
      <w:r>
        <w:br/>
      </w:r>
      <w:r>
        <w:rPr>
          <w:rFonts w:ascii="Arial" w:hAnsi="Arial" w:cs="Arial"/>
          <w:b w:val="0"/>
          <w:sz w:val="24"/>
        </w:rPr>
        <w:t>- Check that backups run and test restores on a schedule.</w:t>
      </w:r>
      <w:r>
        <w:br/>
      </w:r>
      <w:r>
        <w:rPr>
          <w:rFonts w:ascii="Arial" w:hAnsi="Arial" w:cs="Arial"/>
          <w:b w:val="0"/>
          <w:sz w:val="24"/>
        </w:rPr>
        <w:t>- Keep the register of IT assets, licences and who holds each device.</w:t>
      </w:r>
      <w:r>
        <w:br/>
      </w:r>
      <w:r>
        <w:rPr>
          <w:rFonts w:ascii="Arial" w:hAnsi="Arial" w:cs="Arial"/>
          <w:b w:val="0"/>
          <w:sz w:val="24"/>
        </w:rPr>
        <w:t>- Collect devices and remove access when employees leave, with HR.</w:t>
      </w:r>
      <w:r>
        <w:br/>
      </w:r>
      <w:r>
        <w:rPr>
          <w:rFonts w:ascii="Arial" w:hAnsi="Arial" w:cs="Arial"/>
          <w:b w:val="0"/>
          <w:sz w:val="24"/>
        </w:rPr>
        <w:t>- Write simple guides and train employees on systems and safe use.</w:t>
      </w:r>
      <w:r>
        <w:br/>
      </w:r>
      <w:r>
        <w:rPr>
          <w:rFonts w:ascii="Arial" w:hAnsi="Arial" w:cs="Arial"/>
          <w:b w:val="0"/>
          <w:sz w:val="24"/>
        </w:rPr>
        <w:t>- Follow the company’s information security and data protection procedures.</w:t>
      </w:r>
    </w:p>
    <w:p>
      <w:pPr>
        <w:spacing w:after="200" w:line="336" w:lineRule="auto"/>
      </w:pPr>
      <w:r>
        <w:rPr>
          <w:rFonts w:ascii="Arial" w:hAnsi="Arial" w:cs="Arial"/>
          <w:b w:val="0"/>
          <w:sz w:val="24"/>
        </w:rPr>
        <w:t>Qualifications and experience</w:t>
      </w:r>
      <w:r>
        <w:br/>
      </w:r>
      <w:r>
        <w:rPr>
          <w:rFonts w:ascii="Arial" w:hAnsi="Arial" w:cs="Arial"/>
          <w:b w:val="0"/>
          <w:sz w:val="24"/>
        </w:rPr>
        <w:t xml:space="preserve">- </w:t>
      </w:r>
      <w:r>
        <w:rPr>
          <w:rFonts w:ascii="Arial" w:hAnsi="Arial" w:cs="Arial"/>
          <w:b w:val="0"/>
          <w:sz w:val="24"/>
          <w:highlight w:val="yellow"/>
        </w:rPr>
        <w:t>[Diploma / Bachelor’s degree]</w:t>
      </w:r>
      <w:r>
        <w:rPr>
          <w:rFonts w:ascii="Arial" w:hAnsi="Arial" w:cs="Arial"/>
          <w:b w:val="0"/>
          <w:sz w:val="24"/>
        </w:rPr>
        <w:t xml:space="preserve"> in information technology, computer science or a related field.</w:t>
      </w:r>
      <w:r>
        <w:br/>
      </w:r>
      <w:r>
        <w:rPr>
          <w:rFonts w:ascii="Arial" w:hAnsi="Arial" w:cs="Arial"/>
          <w:b w:val="0"/>
          <w:sz w:val="24"/>
        </w:rPr>
        <w:t xml:space="preserve">- </w:t>
      </w:r>
      <w:r>
        <w:rPr>
          <w:rFonts w:ascii="Arial" w:hAnsi="Arial" w:cs="Arial"/>
          <w:b w:val="0"/>
          <w:sz w:val="24"/>
          <w:highlight w:val="yellow"/>
        </w:rPr>
        <w:t>[Number]</w:t>
      </w:r>
      <w:r>
        <w:rPr>
          <w:rFonts w:ascii="Arial" w:hAnsi="Arial" w:cs="Arial"/>
          <w:b w:val="0"/>
          <w:sz w:val="24"/>
        </w:rPr>
        <w:t xml:space="preserve"> years of IT support or helpdesk experience.</w:t>
      </w:r>
      <w:r>
        <w:br/>
      </w:r>
      <w:r>
        <w:rPr>
          <w:rFonts w:ascii="Arial" w:hAnsi="Arial" w:cs="Arial"/>
          <w:b w:val="0"/>
          <w:sz w:val="24"/>
        </w:rPr>
        <w:t xml:space="preserve">- </w:t>
      </w:r>
      <w:r>
        <w:rPr>
          <w:rFonts w:ascii="Arial" w:hAnsi="Arial" w:cs="Arial"/>
          <w:b w:val="0"/>
          <w:sz w:val="24"/>
          <w:highlight w:val="yellow"/>
        </w:rPr>
        <w:t>[Certificates the role needs, if any]</w:t>
      </w:r>
      <w:r>
        <w:rPr>
          <w:rFonts w:ascii="Arial" w:hAnsi="Arial" w:cs="Arial"/>
          <w:b w:val="0"/>
          <w:sz w:val="24"/>
        </w:rPr>
        <w:t>.</w:t>
      </w:r>
    </w:p>
    <w:p>
      <w:pPr>
        <w:spacing w:after="200" w:line="336" w:lineRule="auto"/>
      </w:pPr>
      <w:r>
        <w:rPr>
          <w:rFonts w:ascii="Arial" w:hAnsi="Arial" w:cs="Arial"/>
          <w:b w:val="0"/>
          <w:sz w:val="24"/>
        </w:rPr>
        <w:t>Skills</w:t>
      </w:r>
      <w:r>
        <w:br/>
      </w:r>
      <w:r>
        <w:rPr>
          <w:rFonts w:ascii="Arial" w:hAnsi="Arial" w:cs="Arial"/>
          <w:b w:val="0"/>
          <w:sz w:val="24"/>
        </w:rPr>
        <w:t xml:space="preserve">- Working knowledge of </w:t>
      </w:r>
      <w:r>
        <w:rPr>
          <w:rFonts w:ascii="Arial" w:hAnsi="Arial" w:cs="Arial"/>
          <w:b w:val="0"/>
          <w:sz w:val="24"/>
          <w:highlight w:val="yellow"/>
        </w:rPr>
        <w:t>[Windows / macOS]</w:t>
      </w:r>
      <w:r>
        <w:rPr>
          <w:rFonts w:ascii="Arial" w:hAnsi="Arial" w:cs="Arial"/>
          <w:b w:val="0"/>
          <w:sz w:val="24"/>
        </w:rPr>
        <w:t xml:space="preserve">, </w:t>
      </w:r>
      <w:r>
        <w:rPr>
          <w:rFonts w:ascii="Arial" w:hAnsi="Arial" w:cs="Arial"/>
          <w:b w:val="0"/>
          <w:sz w:val="24"/>
          <w:highlight w:val="yellow"/>
        </w:rPr>
        <w:t>[Microsoft 365 / Google Workspace]</w:t>
      </w:r>
      <w:r>
        <w:rPr>
          <w:rFonts w:ascii="Arial" w:hAnsi="Arial" w:cs="Arial"/>
          <w:b w:val="0"/>
          <w:sz w:val="24"/>
        </w:rPr>
        <w:t xml:space="preserve"> and networking basics.</w:t>
      </w:r>
      <w:r>
        <w:br/>
      </w:r>
      <w:r>
        <w:rPr>
          <w:rFonts w:ascii="Arial" w:hAnsi="Arial" w:cs="Arial"/>
          <w:b w:val="0"/>
          <w:sz w:val="24"/>
        </w:rPr>
        <w:t>- Clear explanation of technical issues in Arabic and English.</w:t>
      </w:r>
      <w:r>
        <w:br/>
      </w:r>
      <w:r>
        <w:rPr>
          <w:rFonts w:ascii="Arial" w:hAnsi="Arial" w:cs="Arial"/>
          <w:b w:val="0"/>
          <w:sz w:val="24"/>
        </w:rPr>
        <w:t>- Patience and a service mindset with non-technical users.</w:t>
      </w:r>
      <w:r>
        <w:br/>
      </w:r>
      <w:r>
        <w:rPr>
          <w:rFonts w:ascii="Arial" w:hAnsi="Arial" w:cs="Arial"/>
          <w:b w:val="0"/>
          <w:sz w:val="24"/>
        </w:rPr>
        <w:t>- Discretion with access to company and personal data.</w:t>
      </w:r>
    </w:p>
    <w:p>
      <w:pPr>
        <w:spacing w:after="200" w:line="336" w:lineRule="auto"/>
      </w:pPr>
      <w:r>
        <w:rPr>
          <w:rFonts w:ascii="Arial" w:hAnsi="Arial" w:cs="Arial"/>
          <w:b w:val="0"/>
          <w:sz w:val="24"/>
        </w:rPr>
        <w:t>Working conditions</w:t>
      </w:r>
      <w:r>
        <w:br/>
      </w:r>
      <w:r>
        <w:rPr>
          <w:rFonts w:ascii="Arial" w:hAnsi="Arial" w:cs="Arial"/>
          <w:b w:val="0"/>
          <w:sz w:val="24"/>
        </w:rPr>
        <w:t xml:space="preserve">Working hours: </w:t>
      </w:r>
      <w:r>
        <w:rPr>
          <w:rFonts w:ascii="Arial" w:hAnsi="Arial" w:cs="Arial"/>
          <w:b w:val="0"/>
          <w:sz w:val="24"/>
          <w:highlight w:val="yellow"/>
        </w:rPr>
        <w:t>[Days and hours, within the Labour Law limits, and any on-call arrangement]</w:t>
      </w:r>
      <w:r>
        <w:br/>
      </w:r>
      <w:r>
        <w:rPr>
          <w:rFonts w:ascii="Arial" w:hAnsi="Arial" w:cs="Arial"/>
          <w:b w:val="0"/>
          <w:sz w:val="24"/>
        </w:rPr>
        <w:t xml:space="preserve">Place of work: </w:t>
      </w:r>
      <w:r>
        <w:rPr>
          <w:rFonts w:ascii="Arial" w:hAnsi="Arial" w:cs="Arial"/>
          <w:b w:val="0"/>
          <w:sz w:val="24"/>
          <w:highlight w:val="yellow"/>
        </w:rPr>
        <w:t>[Office address and any branches]</w:t>
      </w:r>
      <w:r>
        <w:br/>
      </w:r>
      <w:r>
        <w:rPr>
          <w:rFonts w:ascii="Arial" w:hAnsi="Arial" w:cs="Arial"/>
          <w:b w:val="0"/>
          <w:sz w:val="24"/>
        </w:rPr>
        <w:t xml:space="preserve">Probation period: </w:t>
      </w:r>
      <w:r>
        <w:rPr>
          <w:rFonts w:ascii="Arial" w:hAnsi="Arial" w:cs="Arial"/>
          <w:b w:val="0"/>
          <w:sz w:val="24"/>
          <w:highlight w:val="yellow"/>
        </w:rPr>
        <w:t>[Number]</w:t>
      </w:r>
      <w:r>
        <w:rPr>
          <w:rFonts w:ascii="Arial" w:hAnsi="Arial" w:cs="Arial"/>
          <w:b w:val="0"/>
          <w:sz w:val="24"/>
        </w:rPr>
        <w:t xml:space="preserve"> days, up to 180 days, as set in the contract</w:t>
      </w:r>
      <w:r>
        <w:br/>
      </w:r>
      <w:r>
        <w:rPr>
          <w:rFonts w:ascii="Arial" w:hAnsi="Arial" w:cs="Arial"/>
          <w:b w:val="0"/>
          <w:sz w:val="24"/>
        </w:rPr>
        <w:t xml:space="preserve">Pay and benefits: </w:t>
      </w:r>
      <w:r>
        <w:rPr>
          <w:rFonts w:ascii="Arial" w:hAnsi="Arial" w:cs="Arial"/>
          <w:b w:val="0"/>
          <w:sz w:val="24"/>
          <w:highlight w:val="yellow"/>
        </w:rPr>
        <w:t>[Salary range or “to be discussed”]</w:t>
      </w:r>
      <w:r>
        <w:rPr>
          <w:rFonts w:ascii="Arial" w:hAnsi="Arial" w:cs="Arial"/>
          <w:b w:val="0"/>
          <w:sz w:val="24"/>
        </w:rPr>
        <w:t xml:space="preserve">, </w:t>
      </w:r>
      <w:r>
        <w:rPr>
          <w:rFonts w:ascii="Arial" w:hAnsi="Arial" w:cs="Arial"/>
          <w:b w:val="0"/>
          <w:sz w:val="24"/>
          <w:highlight w:val="yellow"/>
        </w:rPr>
        <w:t>[Housing and transport allowances]</w:t>
      </w:r>
      <w:r>
        <w:rPr>
          <w:rFonts w:ascii="Arial" w:hAnsi="Arial" w:cs="Arial"/>
          <w:b w:val="0"/>
          <w:sz w:val="24"/>
        </w:rPr>
        <w:t xml:space="preserve">, </w:t>
      </w:r>
      <w:r>
        <w:rPr>
          <w:rFonts w:ascii="Arial" w:hAnsi="Arial" w:cs="Arial"/>
          <w:b w:val="0"/>
          <w:sz w:val="24"/>
          <w:highlight w:val="yellow"/>
        </w:rPr>
        <w:t>[Medical insurance]</w:t>
      </w:r>
      <w:r>
        <w:rPr>
          <w:rFonts w:ascii="Arial" w:hAnsi="Arial" w:cs="Arial"/>
          <w:b w:val="0"/>
          <w:sz w:val="24"/>
        </w:rPr>
        <w:t xml:space="preserve">, </w:t>
      </w:r>
      <w:r>
        <w:rPr>
          <w:rFonts w:ascii="Arial" w:hAnsi="Arial" w:cs="Arial"/>
          <w:b w:val="0"/>
          <w:sz w:val="24"/>
          <w:highlight w:val="yellow"/>
        </w:rPr>
        <w:t>[Other benefits]</w:t>
      </w:r>
    </w:p>
    <w:p>
      <w:pPr>
        <w:spacing w:after="200" w:line="336" w:lineRule="auto"/>
      </w:pPr>
      <w:r>
        <w:rPr>
          <w:rFonts w:ascii="Arial" w:hAnsi="Arial" w:cs="Arial"/>
          <w:b w:val="0"/>
          <w:sz w:val="24"/>
        </w:rPr>
        <w:t>How to apply</w:t>
      </w:r>
      <w:r>
        <w:br/>
      </w:r>
      <w:r>
        <w:rPr>
          <w:rFonts w:ascii="Arial" w:hAnsi="Arial" w:cs="Arial"/>
          <w:b w:val="0"/>
          <w:sz w:val="24"/>
          <w:highlight w:val="yellow"/>
        </w:rPr>
        <w:t>[How to apply and the closing date]</w:t>
      </w:r>
    </w:p>
    <w:sectPr w:rsidR="00FC693F" w:rsidRPr="0006063C" w:rsidSect="00034616">
      <w:pgSz w:w="12240" w:h="15840"/>
      <w:pgMar w:top="1440" w:right="1280" w:bottom="1440" w:left="12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IT support job description template</dc:title>
  <dc:subject/>
  <dc:creator>RafiqHR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