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[Commercial registration number]</w:t>
      </w:r>
      <w:r>
        <w:rPr>
          <w:rFonts w:ascii="Arial" w:hAnsi="Arial" w:cs="Arial"/>
          <w:b w:val="0"/>
          <w:sz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</w:rPr>
        <w:t>[Address]</w:t>
      </w:r>
      <w:r>
        <w:rPr>
          <w:rFonts w:ascii="Arial" w:hAnsi="Arial" w:cs="Arial"/>
          <w:b w:val="0"/>
          <w:sz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</w:rPr>
        <w:t>[Phone]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Final Settlement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Date: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br/>
      </w:r>
      <w:r>
        <w:rPr>
          <w:rFonts w:ascii="Arial" w:hAnsi="Arial" w:cs="Arial"/>
          <w:b w:val="0"/>
          <w:sz w:val="24"/>
        </w:rPr>
        <w:t xml:space="preserve">Reference: </w:t>
      </w:r>
      <w:r>
        <w:rPr>
          <w:rFonts w:ascii="Arial" w:hAnsi="Arial" w:cs="Arial"/>
          <w:b w:val="0"/>
          <w:sz w:val="24"/>
          <w:highlight w:val="yellow"/>
        </w:rPr>
        <w:t>[Reference number]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Employee details</w:t>
      </w:r>
      <w:r>
        <w:br/>
      </w:r>
      <w:r>
        <w:rPr>
          <w:rFonts w:ascii="Arial" w:hAnsi="Arial" w:cs="Arial"/>
          <w:b w:val="0"/>
          <w:sz w:val="24"/>
        </w:rPr>
        <w:t xml:space="preserve">Name: </w:t>
      </w:r>
      <w:r>
        <w:rPr>
          <w:rFonts w:ascii="Arial" w:hAnsi="Arial" w:cs="Arial"/>
          <w:b w:val="0"/>
          <w:sz w:val="24"/>
          <w:highlight w:val="yellow"/>
        </w:rPr>
        <w:t>[Employee full name]</w:t>
      </w:r>
      <w:r>
        <w:br/>
      </w:r>
      <w:r>
        <w:rPr>
          <w:rFonts w:ascii="Arial" w:hAnsi="Arial" w:cs="Arial"/>
          <w:b w:val="0"/>
          <w:sz w:val="24"/>
        </w:rPr>
        <w:t xml:space="preserve">Nationality: </w:t>
      </w:r>
      <w:r>
        <w:rPr>
          <w:rFonts w:ascii="Arial" w:hAnsi="Arial" w:cs="Arial"/>
          <w:b w:val="0"/>
          <w:sz w:val="24"/>
          <w:highlight w:val="yellow"/>
        </w:rPr>
        <w:t>[Nationality]</w:t>
      </w:r>
      <w:r>
        <w:br/>
      </w:r>
      <w:r>
        <w:rPr>
          <w:rFonts w:ascii="Arial" w:hAnsi="Arial" w:cs="Arial"/>
          <w:b w:val="0"/>
          <w:sz w:val="24"/>
        </w:rPr>
        <w:t xml:space="preserve">National ID / Iqama number: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br/>
      </w:r>
      <w:r>
        <w:rPr>
          <w:rFonts w:ascii="Arial" w:hAnsi="Arial" w:cs="Arial"/>
          <w:b w:val="0"/>
          <w:sz w:val="24"/>
        </w:rPr>
        <w:t xml:space="preserve">Employee number: </w:t>
      </w:r>
      <w:r>
        <w:rPr>
          <w:rFonts w:ascii="Arial" w:hAnsi="Arial" w:cs="Arial"/>
          <w:b w:val="0"/>
          <w:sz w:val="24"/>
          <w:highlight w:val="yellow"/>
        </w:rPr>
        <w:t>[Employee number]</w:t>
      </w:r>
      <w:r>
        <w:br/>
      </w:r>
      <w:r>
        <w:rPr>
          <w:rFonts w:ascii="Arial" w:hAnsi="Arial" w:cs="Arial"/>
          <w:b w:val="0"/>
          <w:sz w:val="24"/>
        </w:rPr>
        <w:t xml:space="preserve">Job title: </w:t>
      </w:r>
      <w:r>
        <w:rPr>
          <w:rFonts w:ascii="Arial" w:hAnsi="Arial" w:cs="Arial"/>
          <w:b w:val="0"/>
          <w:sz w:val="24"/>
          <w:highlight w:val="yellow"/>
        </w:rPr>
        <w:t>[Job title]</w:t>
      </w:r>
      <w:r>
        <w:br/>
      </w:r>
      <w:r>
        <w:rPr>
          <w:rFonts w:ascii="Arial" w:hAnsi="Arial" w:cs="Arial"/>
          <w:b w:val="0"/>
          <w:sz w:val="24"/>
        </w:rPr>
        <w:t xml:space="preserve">Start date: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br/>
      </w:r>
      <w:r>
        <w:rPr>
          <w:rFonts w:ascii="Arial" w:hAnsi="Arial" w:cs="Arial"/>
          <w:b w:val="0"/>
          <w:sz w:val="24"/>
        </w:rPr>
        <w:t xml:space="preserve">Last working day: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br/>
      </w:r>
      <w:r>
        <w:rPr>
          <w:rFonts w:ascii="Arial" w:hAnsi="Arial" w:cs="Arial"/>
          <w:b w:val="0"/>
          <w:sz w:val="24"/>
        </w:rPr>
        <w:t xml:space="preserve">Length of service: </w:t>
      </w:r>
      <w:r>
        <w:rPr>
          <w:rFonts w:ascii="Arial" w:hAnsi="Arial" w:cs="Arial"/>
          <w:b w:val="0"/>
          <w:sz w:val="24"/>
          <w:highlight w:val="yellow"/>
        </w:rPr>
        <w:t>[years, months and days]</w:t>
      </w:r>
      <w:r>
        <w:br/>
      </w:r>
      <w:r>
        <w:rPr>
          <w:rFonts w:ascii="Arial" w:hAnsi="Arial" w:cs="Arial"/>
          <w:b w:val="0"/>
          <w:sz w:val="24"/>
        </w:rPr>
        <w:t xml:space="preserve">Reason the contract ended: </w:t>
      </w:r>
      <w:r>
        <w:rPr>
          <w:rFonts w:ascii="Arial" w:hAnsi="Arial" w:cs="Arial"/>
          <w:b w:val="0"/>
          <w:sz w:val="24"/>
          <w:highlight w:val="yellow"/>
        </w:rPr>
        <w:t>[Resignation / Ending by the employer / End of fixed term / Mutual agreement / Other]</w:t>
      </w:r>
      <w:r>
        <w:br/>
      </w:r>
      <w:r>
        <w:rPr>
          <w:rFonts w:ascii="Arial" w:hAnsi="Arial" w:cs="Arial"/>
          <w:b w:val="0"/>
          <w:sz w:val="24"/>
        </w:rPr>
        <w:t xml:space="preserve">Last basic wage: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Last actual wage (basic plus allowances):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Amounts due to the employee</w:t>
      </w:r>
      <w:r>
        <w:br/>
      </w:r>
      <w:r>
        <w:rPr>
          <w:rFonts w:ascii="Arial" w:hAnsi="Arial" w:cs="Arial"/>
          <w:b w:val="0"/>
          <w:sz w:val="24"/>
        </w:rPr>
        <w:t xml:space="preserve">1. Wages from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rPr>
          <w:rFonts w:ascii="Arial" w:hAnsi="Arial" w:cs="Arial"/>
          <w:b w:val="0"/>
          <w:sz w:val="24"/>
        </w:rPr>
        <w:t xml:space="preserve"> to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rPr>
          <w:rFonts w:ascii="Arial" w:hAnsi="Arial" w:cs="Arial"/>
          <w:b w:val="0"/>
          <w:sz w:val="24"/>
        </w:rPr>
        <w:t xml:space="preserve"> (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days):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>2. Unused annual leave (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days):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3. End-of-service award (Article </w:t>
      </w:r>
      <w:r>
        <w:rPr>
          <w:rFonts w:ascii="Arial" w:hAnsi="Arial" w:cs="Arial"/>
          <w:b w:val="0"/>
          <w:sz w:val="24"/>
          <w:highlight w:val="yellow"/>
        </w:rPr>
        <w:t>[84 / 85]</w:t>
      </w:r>
      <w:r>
        <w:rPr>
          <w:rFonts w:ascii="Arial" w:hAnsi="Arial" w:cs="Arial"/>
          <w:b w:val="0"/>
          <w:sz w:val="24"/>
        </w:rPr>
        <w:t xml:space="preserve">):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>4. Notice pay (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days):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5. Compensation under Article 77, if applicable: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6. Overtime or other amounts due: </w:t>
      </w:r>
      <w:r>
        <w:rPr>
          <w:rFonts w:ascii="Arial" w:hAnsi="Arial" w:cs="Arial"/>
          <w:b w:val="0"/>
          <w:sz w:val="24"/>
          <w:highlight w:val="yellow"/>
        </w:rPr>
        <w:t>[Description and 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Total due: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Deductions</w:t>
      </w:r>
      <w:r>
        <w:br/>
      </w:r>
      <w:r>
        <w:rPr>
          <w:rFonts w:ascii="Arial" w:hAnsi="Arial" w:cs="Arial"/>
          <w:b w:val="0"/>
          <w:sz w:val="24"/>
        </w:rPr>
        <w:t xml:space="preserve">1. Outstanding loan or advance: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2. </w:t>
      </w:r>
      <w:r>
        <w:rPr>
          <w:rFonts w:ascii="Arial" w:hAnsi="Arial" w:cs="Arial"/>
          <w:b w:val="0"/>
          <w:sz w:val="24"/>
          <w:highlight w:val="yellow"/>
        </w:rPr>
        <w:t>[Other lawful deduction and its basis]</w:t>
      </w:r>
      <w:r>
        <w:rPr>
          <w:rFonts w:ascii="Arial" w:hAnsi="Arial" w:cs="Arial"/>
          <w:b w:val="0"/>
          <w:sz w:val="24"/>
        </w:rPr>
        <w:t xml:space="preserve">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Total deductions: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Net amount payable: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Payment method: bank transfer to </w:t>
      </w:r>
      <w:r>
        <w:rPr>
          <w:rFonts w:ascii="Arial" w:hAnsi="Arial" w:cs="Arial"/>
          <w:b w:val="0"/>
          <w:sz w:val="24"/>
          <w:highlight w:val="yellow"/>
        </w:rPr>
        <w:t>[Bank name]</w:t>
      </w:r>
      <w:r>
        <w:rPr>
          <w:rFonts w:ascii="Arial" w:hAnsi="Arial" w:cs="Arial"/>
          <w:b w:val="0"/>
          <w:sz w:val="24"/>
        </w:rPr>
        <w:t xml:space="preserve">, IBAN </w:t>
      </w:r>
      <w:r>
        <w:rPr>
          <w:rFonts w:ascii="Arial" w:hAnsi="Arial" w:cs="Arial"/>
          <w:b w:val="0"/>
          <w:sz w:val="24"/>
          <w:highlight w:val="yellow"/>
        </w:rPr>
        <w:t>[IBAN]</w:t>
      </w:r>
      <w:r>
        <w:rPr>
          <w:rFonts w:ascii="Arial" w:hAnsi="Arial" w:cs="Arial"/>
          <w:b w:val="0"/>
          <w:sz w:val="24"/>
        </w:rPr>
        <w:t xml:space="preserve">, on </w:t>
      </w:r>
      <w:r>
        <w:rPr>
          <w:rFonts w:ascii="Arial" w:hAnsi="Arial" w:cs="Arial"/>
          <w:b w:val="0"/>
          <w:sz w:val="24"/>
          <w:highlight w:val="yellow"/>
        </w:rPr>
        <w:t>[DD/MM/YYYY]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Employee’s acknowledgement</w:t>
      </w:r>
      <w:r>
        <w:br/>
      </w:r>
      <w:r>
        <w:rPr>
          <w:rFonts w:ascii="Arial" w:hAnsi="Arial" w:cs="Arial"/>
          <w:b w:val="0"/>
          <w:sz w:val="24"/>
        </w:rPr>
        <w:t xml:space="preserve">I, </w:t>
      </w:r>
      <w:r>
        <w:rPr>
          <w:rFonts w:ascii="Arial" w:hAnsi="Arial" w:cs="Arial"/>
          <w:b w:val="0"/>
          <w:sz w:val="24"/>
          <w:highlight w:val="yellow"/>
        </w:rPr>
        <w:t>[Employee full name]</w:t>
      </w:r>
      <w:r>
        <w:rPr>
          <w:rFonts w:ascii="Arial" w:hAnsi="Arial" w:cs="Arial"/>
          <w:b w:val="0"/>
          <w:sz w:val="24"/>
        </w:rPr>
        <w:t xml:space="preserve">, acknowledge that I have received the net amount above, which settles the amounts listed in this statement for my employment with </w:t>
      </w: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rPr>
          <w:rFonts w:ascii="Arial" w:hAnsi="Arial" w:cs="Arial"/>
          <w:b w:val="0"/>
          <w:sz w:val="24"/>
        </w:rPr>
        <w:t xml:space="preserve"> from </w:t>
      </w:r>
      <w:r>
        <w:rPr>
          <w:rFonts w:ascii="Arial" w:hAnsi="Arial" w:cs="Arial"/>
          <w:b w:val="0"/>
          <w:sz w:val="24"/>
          <w:highlight w:val="yellow"/>
        </w:rPr>
        <w:t>[Start date]</w:t>
      </w:r>
      <w:r>
        <w:rPr>
          <w:rFonts w:ascii="Arial" w:hAnsi="Arial" w:cs="Arial"/>
          <w:b w:val="0"/>
          <w:sz w:val="24"/>
        </w:rPr>
        <w:t xml:space="preserve"> to </w:t>
      </w:r>
      <w:r>
        <w:rPr>
          <w:rFonts w:ascii="Arial" w:hAnsi="Arial" w:cs="Arial"/>
          <w:b w:val="0"/>
          <w:sz w:val="24"/>
          <w:highlight w:val="yellow"/>
        </w:rPr>
        <w:t>[Last working day]</w:t>
      </w:r>
      <w:r>
        <w:rPr>
          <w:rFonts w:ascii="Arial" w:hAnsi="Arial" w:cs="Arial"/>
          <w:b w:val="0"/>
          <w:sz w:val="24"/>
        </w:rPr>
        <w:t>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Employee signature: </w:t>
      </w:r>
      <w:r>
        <w:rPr>
          <w:rFonts w:ascii="Arial" w:hAnsi="Arial" w:cs="Arial"/>
          <w:b w:val="0"/>
          <w:sz w:val="24"/>
          <w:highlight w:val="yellow"/>
        </w:rPr>
        <w:t>[Signature]</w:t>
      </w:r>
      <w:r>
        <w:br/>
      </w:r>
      <w:r>
        <w:rPr>
          <w:rFonts w:ascii="Arial" w:hAnsi="Arial" w:cs="Arial"/>
          <w:b w:val="0"/>
          <w:sz w:val="24"/>
        </w:rPr>
        <w:t xml:space="preserve">Date: </w:t>
      </w:r>
      <w:r>
        <w:rPr>
          <w:rFonts w:ascii="Arial" w:hAnsi="Arial" w:cs="Arial"/>
          <w:b w:val="0"/>
          <w:sz w:val="24"/>
          <w:highlight w:val="yellow"/>
        </w:rPr>
        <w:t>[DD/MM/YYYY]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Prepared by: </w:t>
      </w:r>
      <w:r>
        <w:rPr>
          <w:rFonts w:ascii="Arial" w:hAnsi="Arial" w:cs="Arial"/>
          <w:b w:val="0"/>
          <w:sz w:val="24"/>
          <w:highlight w:val="yellow"/>
        </w:rPr>
        <w:t>[Name and title]</w:t>
      </w:r>
      <w:r>
        <w:br/>
      </w:r>
      <w:r>
        <w:rPr>
          <w:rFonts w:ascii="Arial" w:hAnsi="Arial" w:cs="Arial"/>
          <w:b w:val="0"/>
          <w:sz w:val="24"/>
        </w:rPr>
        <w:t xml:space="preserve">Approved by: </w:t>
      </w:r>
      <w:r>
        <w:rPr>
          <w:rFonts w:ascii="Arial" w:hAnsi="Arial" w:cs="Arial"/>
          <w:b w:val="0"/>
          <w:sz w:val="24"/>
          <w:highlight w:val="yellow"/>
        </w:rPr>
        <w:t>[Name and title]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[Signature and company stamp]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settlement template for Saudi Arabia (itemised)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