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[Commercial registration number]</w:t>
      </w:r>
      <w:r>
        <w:rPr>
          <w:rFonts w:ascii="Arial" w:hAnsi="Arial" w:cs="Arial"/>
          <w:b w:val="0"/>
          <w:sz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</w:rPr>
        <w:t>[Address]</w:t>
      </w:r>
      <w:r>
        <w:rPr>
          <w:rFonts w:ascii="Arial" w:hAnsi="Arial" w:cs="Arial"/>
          <w:b w:val="0"/>
          <w:sz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</w:rPr>
        <w:t>[Phone]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Reference: </w:t>
      </w:r>
      <w:r>
        <w:rPr>
          <w:rFonts w:ascii="Arial" w:hAnsi="Arial" w:cs="Arial"/>
          <w:b w:val="0"/>
          <w:sz w:val="24"/>
          <w:highlight w:val="yellow"/>
        </w:rPr>
        <w:t>[Reference number]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To whom it may concern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Subject: Experience certificate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We certify that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rPr>
          <w:rFonts w:ascii="Arial" w:hAnsi="Arial" w:cs="Arial"/>
          <w:b w:val="0"/>
          <w:sz w:val="24"/>
        </w:rPr>
        <w:t xml:space="preserve">, a </w:t>
      </w:r>
      <w:r>
        <w:rPr>
          <w:rFonts w:ascii="Arial" w:hAnsi="Arial" w:cs="Arial"/>
          <w:b w:val="0"/>
          <w:sz w:val="24"/>
          <w:highlight w:val="yellow"/>
        </w:rPr>
        <w:t>[Nationality]</w:t>
      </w:r>
      <w:r>
        <w:rPr>
          <w:rFonts w:ascii="Arial" w:hAnsi="Arial" w:cs="Arial"/>
          <w:b w:val="0"/>
          <w:sz w:val="24"/>
        </w:rPr>
        <w:t xml:space="preserve"> national holding </w:t>
      </w:r>
      <w:r>
        <w:rPr>
          <w:rFonts w:ascii="Arial" w:hAnsi="Arial" w:cs="Arial"/>
          <w:b w:val="0"/>
          <w:sz w:val="24"/>
          <w:highlight w:val="yellow"/>
        </w:rPr>
        <w:t>[National ID / Iqama]</w:t>
      </w:r>
      <w:r>
        <w:rPr>
          <w:rFonts w:ascii="Arial" w:hAnsi="Arial" w:cs="Arial"/>
          <w:b w:val="0"/>
          <w:sz w:val="24"/>
        </w:rPr>
        <w:t xml:space="preserve"> number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, worked for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 xml:space="preserve"> from </w:t>
      </w:r>
      <w:r>
        <w:rPr>
          <w:rFonts w:ascii="Arial" w:hAnsi="Arial" w:cs="Arial"/>
          <w:b w:val="0"/>
          <w:sz w:val="24"/>
          <w:highlight w:val="yellow"/>
        </w:rPr>
        <w:t>[Start date]</w:t>
      </w:r>
      <w:r>
        <w:rPr>
          <w:rFonts w:ascii="Arial" w:hAnsi="Arial" w:cs="Arial"/>
          <w:b w:val="0"/>
          <w:sz w:val="24"/>
        </w:rPr>
        <w:t xml:space="preserve"> to </w:t>
      </w:r>
      <w:r>
        <w:rPr>
          <w:rFonts w:ascii="Arial" w:hAnsi="Arial" w:cs="Arial"/>
          <w:b w:val="0"/>
          <w:sz w:val="24"/>
          <w:highlight w:val="yellow"/>
        </w:rPr>
        <w:t>[End date]</w:t>
      </w:r>
      <w:r>
        <w:rPr>
          <w:rFonts w:ascii="Arial" w:hAnsi="Arial" w:cs="Arial"/>
          <w:b w:val="0"/>
          <w:sz w:val="24"/>
        </w:rPr>
        <w:t xml:space="preserve"> as </w:t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rPr>
          <w:rFonts w:ascii="Arial" w:hAnsi="Arial" w:cs="Arial"/>
          <w:b w:val="0"/>
          <w:sz w:val="24"/>
        </w:rPr>
        <w:t xml:space="preserve"> in </w:t>
      </w:r>
      <w:r>
        <w:rPr>
          <w:rFonts w:ascii="Arial" w:hAnsi="Arial" w:cs="Arial"/>
          <w:b w:val="0"/>
          <w:sz w:val="24"/>
          <w:highlight w:val="yellow"/>
        </w:rPr>
        <w:t>[Department]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The employee’s last monthly wage was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[Optional: During this period the employee’s main responsibilities included (main duties).]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This certificate has been issued at the employee’s request and free of charge.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[Name of the authorised signatory]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[Signature and company stamp]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certificate template (service certificate) for Saudi Arabia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