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</w:rPr>
        <w:t>Employee Clearance Form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Form number: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1: Employee details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Employee number: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br/>
      </w: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br/>
      </w:r>
      <w:r>
        <w:rPr>
          <w:rFonts w:ascii="Arial" w:hAnsi="Arial" w:cs="Arial"/>
          <w:b w:val="0"/>
          <w:sz w:val="24"/>
        </w:rPr>
        <w:t xml:space="preserve">Nationality: </w:t>
      </w:r>
      <w:r>
        <w:rPr>
          <w:rFonts w:ascii="Arial" w:hAnsi="Arial" w:cs="Arial"/>
          <w:b w:val="0"/>
          <w:sz w:val="24"/>
          <w:highlight w:val="yellow"/>
        </w:rPr>
        <w:t>[Nationality]</w:t>
      </w:r>
      <w:r>
        <w:br/>
      </w:r>
      <w:r>
        <w:rPr>
          <w:rFonts w:ascii="Arial" w:hAnsi="Arial" w:cs="Arial"/>
          <w:b w:val="0"/>
          <w:sz w:val="24"/>
        </w:rPr>
        <w:t xml:space="preserve">Last working day: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Reason for leaving: </w:t>
      </w:r>
      <w:r>
        <w:rPr>
          <w:rFonts w:ascii="Arial" w:hAnsi="Arial" w:cs="Arial"/>
          <w:b w:val="0"/>
          <w:sz w:val="24"/>
          <w:highlight w:val="yellow"/>
        </w:rPr>
        <w:t>[Resignation / End of contract / Ending by the employer / Mutual agreement / Other]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2: Direct manager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Work and files handed over to: </w:t>
      </w:r>
      <w:r>
        <w:rPr>
          <w:rFonts w:ascii="Arial" w:hAnsi="Arial" w:cs="Arial"/>
          <w:b w:val="0"/>
          <w:sz w:val="24"/>
          <w:highlight w:val="yellow"/>
        </w:rPr>
        <w:t>[Name and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Passwords and shared documents transferred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Clients or suppliers informed of the new contact</w:t>
      </w:r>
      <w:r>
        <w:br/>
      </w:r>
      <w:r>
        <w:rPr>
          <w:rFonts w:ascii="Arial" w:hAnsi="Arial" w:cs="Arial"/>
          <w:b w:val="0"/>
          <w:sz w:val="24"/>
        </w:rPr>
        <w:t xml:space="preserve">Notes: </w:t>
      </w:r>
      <w:r>
        <w:rPr>
          <w:rFonts w:ascii="Arial" w:hAnsi="Arial" w:cs="Arial"/>
          <w:b w:val="0"/>
          <w:sz w:val="24"/>
          <w:highlight w:val="yellow"/>
        </w:rPr>
        <w:t>[Notes]</w:t>
      </w:r>
      <w:r>
        <w:br/>
      </w:r>
      <w:r>
        <w:rPr>
          <w:rFonts w:ascii="Arial" w:hAnsi="Arial" w:cs="Arial"/>
          <w:b w:val="0"/>
          <w:sz w:val="24"/>
        </w:rPr>
        <w:t xml:space="preserve">Name, signature and date: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3: Information technology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Laptop returned (serial number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>)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Mobile phone and SIM returned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E-mail and system access closed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Company data removed from personal devices</w:t>
      </w:r>
      <w:r>
        <w:br/>
      </w:r>
      <w:r>
        <w:rPr>
          <w:rFonts w:ascii="Arial" w:hAnsi="Arial" w:cs="Arial"/>
          <w:b w:val="0"/>
          <w:sz w:val="24"/>
        </w:rPr>
        <w:t xml:space="preserve">Notes: </w:t>
      </w:r>
      <w:r>
        <w:rPr>
          <w:rFonts w:ascii="Arial" w:hAnsi="Arial" w:cs="Arial"/>
          <w:b w:val="0"/>
          <w:sz w:val="24"/>
          <w:highlight w:val="yellow"/>
        </w:rPr>
        <w:t>[Notes]</w:t>
      </w:r>
      <w:r>
        <w:br/>
      </w:r>
      <w:r>
        <w:rPr>
          <w:rFonts w:ascii="Arial" w:hAnsi="Arial" w:cs="Arial"/>
          <w:b w:val="0"/>
          <w:sz w:val="24"/>
        </w:rPr>
        <w:t xml:space="preserve">Name, signature and date: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4: Finance</w:t>
      </w:r>
      <w:r>
        <w:br/>
      </w:r>
      <w:r>
        <w:rPr>
          <w:rFonts w:ascii="Arial" w:hAnsi="Arial" w:cs="Arial"/>
          <w:b w:val="0"/>
          <w:sz w:val="24"/>
        </w:rPr>
        <w:t xml:space="preserve">Outstanding loan: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Outstanding advance: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Cash custody or company card settled: </w:t>
      </w:r>
      <w:r>
        <w:rPr>
          <w:rFonts w:ascii="Arial" w:hAnsi="Arial" w:cs="Arial"/>
          <w:b w:val="0"/>
          <w:sz w:val="24"/>
          <w:highlight w:val="yellow"/>
        </w:rPr>
        <w:t>[Yes / No, amount]</w:t>
      </w:r>
      <w:r>
        <w:br/>
      </w:r>
      <w:r>
        <w:rPr>
          <w:rFonts w:ascii="Arial" w:hAnsi="Arial" w:cs="Arial"/>
          <w:b w:val="0"/>
          <w:sz w:val="24"/>
        </w:rPr>
        <w:t xml:space="preserve">Unsettled expense claims: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Name, signature and date: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5: Administration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Access card and keys returned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Company car returned (plate number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>)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Company housing vacated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Uniform and tools returned</w:t>
      </w:r>
      <w:r>
        <w:br/>
      </w:r>
      <w:r>
        <w:rPr>
          <w:rFonts w:ascii="Arial" w:hAnsi="Arial" w:cs="Arial"/>
          <w:b w:val="0"/>
          <w:sz w:val="24"/>
        </w:rPr>
        <w:t xml:space="preserve">Notes: </w:t>
      </w:r>
      <w:r>
        <w:rPr>
          <w:rFonts w:ascii="Arial" w:hAnsi="Arial" w:cs="Arial"/>
          <w:b w:val="0"/>
          <w:sz w:val="24"/>
          <w:highlight w:val="yellow"/>
        </w:rPr>
        <w:t>[Notes]</w:t>
      </w:r>
      <w:r>
        <w:br/>
      </w:r>
      <w:r>
        <w:rPr>
          <w:rFonts w:ascii="Arial" w:hAnsi="Arial" w:cs="Arial"/>
          <w:b w:val="0"/>
          <w:sz w:val="24"/>
        </w:rPr>
        <w:t xml:space="preserve">Name, signature and date: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6: Human resources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Medical insurance cards returned and cancellation requested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Documents the employee deposited returned to the employee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Unused annual leave balance confirmed: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End of employment recorded with GOSI and on Qiwa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For a non-Saudi employee: final exit visa or transfer of services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Experience certificate issued</w:t>
      </w:r>
      <w:r>
        <w:br/>
      </w:r>
      <w:r>
        <w:rPr>
          <w:rFonts w:ascii="Arial" w:hAnsi="Arial" w:cs="Arial"/>
          <w:b w:val="0"/>
          <w:sz w:val="24"/>
        </w:rPr>
        <w:t xml:space="preserve">Name, signature and date: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7: Amounts to include in the final settlement</w:t>
      </w:r>
      <w:r>
        <w:br/>
      </w:r>
      <w:r>
        <w:rPr>
          <w:rFonts w:ascii="Arial" w:hAnsi="Arial" w:cs="Arial"/>
          <w:b w:val="0"/>
          <w:sz w:val="24"/>
        </w:rPr>
        <w:t xml:space="preserve">Items not returned and their value: </w:t>
      </w:r>
      <w:r>
        <w:rPr>
          <w:rFonts w:ascii="Arial" w:hAnsi="Arial" w:cs="Arial"/>
          <w:b w:val="0"/>
          <w:sz w:val="24"/>
          <w:highlight w:val="yellow"/>
        </w:rPr>
        <w:t>[Items and value]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Total deductions carried to the final settlement: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Employee’s confirmation</w:t>
      </w:r>
      <w:r>
        <w:br/>
      </w:r>
      <w:r>
        <w:rPr>
          <w:rFonts w:ascii="Arial" w:hAnsi="Arial" w:cs="Arial"/>
          <w:b w:val="0"/>
          <w:sz w:val="24"/>
        </w:rPr>
        <w:t>I confirm that I have handed over my work and returned the company property listed above, except as noted.</w:t>
      </w:r>
      <w:r>
        <w:br/>
      </w:r>
      <w:r>
        <w:rPr>
          <w:rFonts w:ascii="Arial" w:hAnsi="Arial" w:cs="Arial"/>
          <w:b w:val="0"/>
          <w:sz w:val="24"/>
        </w:rPr>
        <w:t xml:space="preserve">Employee 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HR approval</w:t>
      </w:r>
      <w:r>
        <w:br/>
      </w:r>
      <w:r>
        <w:rPr>
          <w:rFonts w:ascii="Arial" w:hAnsi="Arial" w:cs="Arial"/>
          <w:b w:val="0"/>
          <w:sz w:val="24"/>
        </w:rPr>
        <w:t xml:space="preserve">Name, signature and date: </w:t>
      </w:r>
      <w:r>
        <w:rPr>
          <w:rFonts w:ascii="Arial" w:hAnsi="Arial" w:cs="Arial"/>
          <w:b w:val="0"/>
          <w:sz w:val="24"/>
          <w:highlight w:val="yellow"/>
        </w:rPr>
        <w:t>[Name, signature and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clearance form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