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أمين مستودع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[المستودعات / سلاسل الإمداد]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[مشرف المستودع / مدير المشتريات]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[المستودع أو الموقع، المدينة]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استلام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[المواد / البضائع]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الخاصة بـ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وتخزينها وصرفها بدقة وأمان، لتطابق سجلات المخزون ما هو موجود على الرفوف.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استلام التوريدات ومطابقة الكمية والحالة والمستندات مع أمر الشراء وسند التسليم.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تسجيل الوارد والمنصرف والمرتجع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المخزون]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اليوم نفسه.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تخزين الأصناف في مواقعها المحددة، مع ترميزها وحمايتها من التلف.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تدوير المخزون بطريقة الوارد أولًا يُصرف أولًا، أو الأقرب انتهاءً يُصرف أولًا حيثما ينطبق ذلك.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صرف المواد بموجب طلبات معتمدة فقط، بعد استيفاء التوقيعات اللازمة.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إجراء الجرد الدوري (يوميًا أو أسبوعيًا)، والمشاركة في الجرد السنوي.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التحقق من الفروقات بين النظام والمخزون الفعلي والإبلاغ عنها.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الإبلاغ عن بلوغ الأصناف حد إعادة الطلب، ليطلبها قسم المشتريات في الوقت المناسب.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فرز الأصناف التالفة والمنتهية وبطيئة الحركة والإبلاغ عنها.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نظافة المستودع وخلو الممرات وسهولة الوصول إلى معدات الإطفاء والسلامة.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اتباع قواعد الصحة والسلامة في المنشأة عند الرفع واستخدام الأرفف ومعدات المناولة.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[شهادة الثانوية العامة / دبلوم]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الخدمات اللوجستية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مخزن أو مستودع.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الدقة في العدّ والسجلات.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الخبرة في استخدام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المخزون أو ERP]</w:t>
      </w:r>
      <w:r>
        <w:rPr>
          <w:rFonts w:ascii="Arial" w:hAnsi="Arial" w:cs="Arial"/>
          <w:b w:val="0"/>
          <w:sz w:val="24"/>
          <w:rtl w:val="1"/>
          <w:szCs w:val="24"/>
        </w:rPr>
        <w:t>، وإتقان Excel بمستوى أساسي.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عملية بالعربية أو الإنجليزية لقراءة المستندات والتعامل مع الموردين.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التنظيم والأمانة والحرص على السلامة.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 ونظام الورديات إن وُجد،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المستودع]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وقد يتطلب العمل الوقوف والرفع والعمل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[ظروف الحرارة أو الموقع]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أمين مستودع: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