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مندوب مبيعات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[المبيعات]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[مدير المبيعات]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[المدينة والمنطقة]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[ميداني / مكتبي]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تنمية مبيعات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من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[المنتجات أو الخدمات]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[المنطقة أو شريحة العملاء]</w:t>
      </w:r>
      <w:r>
        <w:rPr>
          <w:rFonts w:ascii="Arial" w:hAnsi="Arial" w:cs="Arial"/>
          <w:b w:val="0"/>
          <w:sz w:val="24"/>
          <w:rtl w:val="1"/>
          <w:szCs w:val="24"/>
        </w:rPr>
        <w:t>، ببناء علاقات دائمة مع العملاء وتحقيق المستهدفات المتفق عليها.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البحث عن عملاء جدد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[المنطقة أو الشريحة]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وتأهيلهم.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زيارة العملاء الحاليين والمحتملين وفق خطة زيارات معتمدة.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عرض المنتجات والخدمات وشرح الأسعار والشروط.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إعداد عروض الأسعار ومتابعتها حتى اتخاذ القرار.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استلام الطلبات وتنسيق التوريد مع المستودع والخدمات اللوجستية.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تحقيق مستهدفات المبيعات الشهرية والربعية لـ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[المنتجات أو الحسابات]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تحديث بيانات العملاء والزيارات والفرص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[نظام إدارة العملاء]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متابعة المدفوعات المتأخرة مع العملاء والإدارة المالية.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التعامل مع استفسارات العملاء وشكاواهم أو إحالتها إلى الفريق المختص.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رفع تقارير عن اتجاهات السوق وأسعار المنافسين وملاحظات العملاء.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تمثيل المنشأة في المعارض والفعاليات عند الطلب.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[دبلوم / بكالوريوس]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إدارة الأعمال أو التسويق أو تخصص ذي صلة.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المبيعات، ويُفضّل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[القطاع]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رخصة قيادة سعودية سارية إذا كانت الوظيفة تتطلب التنقل بالسيارة إلى العملاء.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تواصل واضح ومقنع بالعربية والإنجليزية.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مهارات التفاوض والمتابعة.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القدرة على تخطيط الزيارات وإدارة الوقت في الميدان.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استخدام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[نظام إدارة العملاء]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وExcel بمستوى أساسي.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[المكتب والزيارات الميدانية في المنطقة]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[نظام العمولة أو المكافأة]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النقل أو سيارة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مندوب مبيعات: نموذج جاهز بالعربية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