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السجل التجاري]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[العنوان]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[الهاتف]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الخطاب]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إلى: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البنك أو السفارة أو الجهة، أو «إلى من يهمه الأمر»]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الموضوع: تعريف بالراتب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نفيدكم بأن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[الجنسية]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الجنسية، ويحمل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[الهوية الوطنية / الإقامة]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رقم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يعمل لدى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منذ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[تاريخ الالتحاق]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بوظيفة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rPr>
          <w:rFonts w:ascii="Arial" w:hAnsi="Arial" w:cs="Arial"/>
          <w:b w:val="0"/>
          <w:sz w:val="24"/>
          <w:rtl w:val="1"/>
          <w:szCs w:val="24"/>
        </w:rPr>
        <w:t>، وما زال على رأس العمل حتى تاريخه.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ويتقاضى راتبًا شهريًا على النحو الآتي: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الراتب الأساسي: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بدل السكن: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بدل النقل: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بدلات أخرى: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إجمالي الراتب الشهري: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[المبلغ]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ريال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وقد أُعطي هذا الخطاب بناءً على طلبه، دون أدنى مسؤولية على المنشأة تجاه الغير فيما عدا ما ورد فيه.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المفوّض بالتوقيع]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 وختم المنشأة]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خطاب تعريف بالراتب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