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[مسمى المدير]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استقالة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السلام عليكم ورحمة الله وبركاته،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أتقدم أنا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الرقم الوظيفي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وأعمل بوظيفة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باستقالتي من العمل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[في العقد غير محدد المدة:]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ويُعد هذا الخطاب إشعارًا كتابيًا وفق المادة 75 من نظام العمل، ومدة الإشعار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[30]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 من تاريخه، فيكون آخر يوم عمل لي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[في العقد محدد المدة:]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وأقدّم هذه الاستقالة كتابةً دون قيد أو شرط، وأرجو قبولها.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وسأستمر في أداء مهامي خلال هذه المدة، وأسلّم أعمالي والمستندات والعهد التي بحوزتي على النحو المطلوب.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وأرجو صرف مستحقاتي النهائية، ومنها أجري وبدل رصيد إجازاتي السنوية ومكافأة نهاية الخدمة، وفق نظام العمل، وإعطائي شهادة خبرة.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وأشكر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على فرصة العمل معها.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وتقبلوا خالص التحية،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الجوال: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الجوال]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استقالة من العمل وفق نظام العمل السعودي 2025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