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السجل التجاري]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[العنوان]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[الهاتف]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الخطاب]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إلى: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المرشح الكامل]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[البريد الإلكتروني أو العنوان]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الموضوع: عرض وظيفي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السلام عليكم ورحمة الله وبركاته،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إشارة إلى المقابلات التي أجريتموها معنا، يسرنا أن نعرض عليكم وظيفة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[الإدارة أو القسم]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لدى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>، وفق الشروط الآتية: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المسمى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[مسمى المدير المباشر]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 وموقع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العقد: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[غير محدد المدة / محدد المدة لمدة (العدد) شهرًا/سنة]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تاريخ المباشرة المتوقع: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 من تاريخ المباشرة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الأجر الشهري: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الأساسي: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بدل السكن: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بدل النقل: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بدلات أخرى: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البدل ومبلغه]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إجمالي الأجر الشهري: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وتُطبَّق الاستقطاعات النظامية، كاشتراكات التأمينات الاجتماعية، وفق الأنظمة.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ساعات يوميًا،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أيام أسبوعيًا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الإجازة السنوية: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 في السنة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مزايا أخرى: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[فئة التأمين الطبي، تذكرة سنوية، 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وهذا العرض مشروط بما يأتي: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[التحقق من المؤهلات والخبرات السابقة]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[اجتياز الفحص الطبي قبل التعيين]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[صدور التأشيرة ورخصة العمل والإقامة للمرشحين القادمين من الخارج]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[شروط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ويحكم علاقة العمل عقد عمل بهذه الشروط يُوثَّق في منصة قوى، ونظام العمل السعودي، ولائحة تنظيم العمل في المنشأة.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نأمل تأكيد قبولكم بتوقيع نسخة من هذا الخطاب وإعادتها قبل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>، وإذا لم يصلنا قبولكم حتى هذا التاريخ عُدَّ العرض ملغى.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ونتطلع إلى انضمامكم إلى فريقنا.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المفوّض بالتوقيع]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 وختم المنشأة]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قبول المرشح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أوافق على هذا العرض بالشروط الواردة أعلاه.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المرشح الكامل]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التوقيع: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عرض وظيفي للمنشآت في السعودية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