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نموذج طلب إجازة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رقم الطلب: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تاريخ الطلب: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أولًا: بيانات الموظف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الاسم: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المسمى الوظيفي: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الإدارة: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[الإدارة أو القسم]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المدير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المدير]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تاريخ الالتحاق بالمنشأة: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ثانيًا: نوع الإجازة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سنوية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مرضية (تُرفق الشهادة الطبية)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حج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زواج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مولود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وفاة (صلة القرابة: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[صلة القرابة]</w:t>
      </w:r>
      <w:r>
        <w:rPr>
          <w:rFonts w:ascii="Arial" w:hAnsi="Arial" w:cs="Arial"/>
          <w:b w:val="0"/>
          <w:sz w:val="24"/>
          <w:rtl w:val="1"/>
          <w:szCs w:val="24"/>
        </w:rPr>
        <w:t>)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امتحان (تُرفق المستندات المؤيدة)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وضع (تُرفق الشهادة الطبية بالتاريخ المرجح للوضع)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إجازة دون أجر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أخرى: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[تُحدد]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ثالثًا: التواريخ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من: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عدد الأيام: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تاريخ العودة إلى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السبب أو الملاحظات: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[الملاحظات]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رابعًا: السفر (عند السفر خارج المملكة)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جهة السفر: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[الدولة]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الحاجة إلى تأشيرة خروج وعودة: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[نعم / لا]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رقم التواصل أثناء الإجازة: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خامسًا: تسليم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تُسلَّم الأعمال 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الزميل ومسماه]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المهام المعلقة: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[أهم المهام المعلقة]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توقيع الموظف: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سادسًا: قرار المدير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موافق  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موافق بتواريخ أخرى: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[التواريخ]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 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 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غير موافق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السبب إن لم تُعتمد كما طُلبت: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[السبب]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اسم المدير وتوقيعه: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سابعًا: خاص بالموارد البشرية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الرصيد قبل الإجازة: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الأيام المخصومة: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الرصيد بعد الإجازة: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صرف أجر الإجازة مقدمًا: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[نعم / لا / لا ينطبق]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سجّله: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[الاسم والتوقيع]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طلب إجازة للموظفين في السعودية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