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المسمى الوظيفي: أخصائي دعم فني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القسم: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[تقنية المعلومات]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المرجع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[مدير تقنية المعلومات]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مكان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[حضوري / هجين]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التوظيف: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[دوام كامل]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الهدف من الوظيفة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المحافظة على عمل أجهزة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وحساباتها وأنظمتها وأمنها، ليؤدي الموظفون أعمالهم دون انقطاع.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المهام والمسؤوليات الرئيسية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الرد على طلبات مكتب المساعدة هاتفيًا وبالبريد وعبر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[نظام التذاكر]</w:t>
      </w:r>
      <w:r>
        <w:rPr>
          <w:rFonts w:ascii="Arial" w:hAnsi="Arial" w:cs="Arial"/>
          <w:b w:val="0"/>
          <w:sz w:val="24"/>
          <w:rtl w:val="1"/>
          <w:szCs w:val="24"/>
        </w:rPr>
        <w:t>، وحلها أو تصعيدها.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تجهيز أجهزة الحاسب والجوالات والطابعات للموظفين، وحل مشكلات الأجهزة والبرامج.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إنشاء حسابات المستخدمين وتعديلها وإلغاؤها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[نظام البريد والدليل]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للملتحقين والمنتقلين والمغادرين.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دعم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[أنظمة الأعمال]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والتنسيق مع الموردين في المشكلات التي تتجاوز الدعم الأولي.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المحافظة على عمل شبكة المكتب والواي فاي والطابعات وتجهيزات قاعات الاجتماعات.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تطبيق التحديثات الأمنية وإبقاء برامج الحماية محدّثة.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التحقق من تشغيل النسخ الاحتياطي واختبار الاستعادة دوريًا.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مسك سجل الأصول التقنية والتراخيص ومن يحمل كل جهاز.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استعادة الأجهزة وإلغاء الصلاحيات عند مغادرة الموظفين بالتنسيق مع الموارد البشرية.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كتابة أدلة مبسطة وتدريب الموظفين على الأنظمة والاستخدام الآمن.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اتباع إجراءات أمن المعلومات وحماية البيانات في المنشأة.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المؤهلات والخبرة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[دبلوم / بكالوريوس]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في تقنية المعلومات أو علوم الحاسب أو تخصص ذي صلة.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خبرة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سنوات في الدعم الفني أو مكتب المساعدة.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[الشهادات التي تحتاجها الوظيفة، إن وُجدت]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المهارات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معرفة عملية بـ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[Windows / macOS]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و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[Microsoft 365 / Google Workspace]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وأساسيات الشبكات.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شرح المشكلات التقنية بوضوح بالعربية والإنجليزية.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الصبر وروح الخدمة مع المستخدمين غير المتخصصين.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الكتمان في التعامل مع صلاحيات بيانات المنشأة والبيانات الشخصية.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ظروف العمل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ساعات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[الأيام والساعات، في حدود نظام العمل، وأي ترتيب للمناوبة]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مقر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[عنوان المكتب وأي فروع]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التجربة: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يومًا، بحد أقصى 180 يومًا، وفق العقد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والمزايا: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[نطاق الراتب أو «يُحدد عند المقابلة»]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[بدل السكن والنقل]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[التأمين الطبي]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[مزايا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طريقة التقديم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[طريقة التقديم وآخر موعد له]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وصف وظيفي دعم فني: نموذج جاهز لتقنية المعلومات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