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أخصائي موارد بشرية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[الموارد البشرية]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الموارد البشرية / المدير العام]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إدارة إجراءات الموارد البشرية اليومية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بدقة ووفق نظام العمل السعودي، ليكون كل موظف موثقًا ويتقاضى أجره ويحظى بالدعم اللازم.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مسك ملفات الموظفين الورقية والإلكترونية كاملة وتحديثها عند تغيّر البيانات.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عقود العمل وتوثيقها في منصة قوى.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الموظفين الجدد في التأمينات الاجتماعية وتحديث الأجور واستبعاد المغادرين في مواعيدها.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تنفيذ إجراءات التهيئة: المستندات وخطة اليوم الأول والسياسات وصلاحيات الأنظمة.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الإجازات والغياب والحضور ومطابقة الأرصدة مع السياسة.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إرسال تغييرات الرواتب، كالموظفين الجدد والبدلات والحسومات، إلى فريق الرواتب قبل موعد الإقفال.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مطابقة ملف حماية الأجور في مدد مع مسير الرواتب بالتنسيق مع فريق الرواتب.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نطاق المنشأة في قوى وإبلاغ الإدارة بأي تغيّر.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انتهاء الإقامات ورخص العمل في مقيم وقوى مع العلاقات الحكومية.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الخطابات مثل التعريف بالراتب وشهادات الخبرة.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تنسيق التوظيف: الإعلانات وجدولة المقابلات ومستندات العروض.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حسابات مكافأة نهاية الخدمة ومستندات المخالصة النهائية للمراجعة.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بكالوريوس في الموارد البشرية أو إدارة الأعمال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الموارد البشرية في المملكة.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معرفة عملية بنظام العمل السعودي ومنصات قوى والتأمينات الاجتماعية ومدد.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في السجلات والمواعيد.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بالعربية والإنجليزية كتابةً ومحادثةً.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الكتمان في التعامل مع معلومات الموظفين.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إجادة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الموارد البشرية]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وExcel.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أخصائي موارد بشرية: نموذج جاهز للسعودية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