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السجل التجاري]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[العنوان]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[الهاتف]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مخالصة نهائية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المخالصة]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بيانات الموظف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الجنسية: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[الجنسية]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رقم الهوية / الإقامة: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المسمى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تاريخ الالتحاق: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آخر يوم 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مدة الخدمة: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[السنوات والأشهر والأيام]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سبب انتهاء العقد: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[استقالة / إنهاء من صاحب العمل / انتهاء مدة العقد / اتفاق الطرفين / سبب آخر]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آخر أجر أساسي: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آخر أجر فعلي (الأساسي مع البدلات):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المستحقات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1. الأجر من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(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2. بدل رصيد الإجازة السنوية (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3. مكافأة نهاية الخدمة (المادة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[84 / 85]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4. بدل مدة الإشعار (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5. تعويض المادة 77 إن وُجد: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6. عمل إضافي أو مبالغ أخرى مستحقة: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[البيان والمبلغ]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إجمالي المستحقات: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الاستقطاعات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1. رصيد سلفة أو قرض: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[استقطاع نظامي آخر وسنده]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إجمالي الاستقطاعات: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صافي المستحق: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طريقة الصرف: تحويل بنكي 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البنك]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رقم الآيبان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الآيبان]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بتاريخ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إقرار الموظف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أقر أنا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بأنني استلمت صافي المبلغ المذكور أعلاه، وهو يمثل تسوية للمبالغ الواردة في هذا البيان عن فترة عملي لدى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من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[تاريخ الالتحاق]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[آخر يوم عمل]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توقيع الموظف: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إعداد: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والمسمى]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اعتماد: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والمسمى]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 وختم المنشأة]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مخالصة نهائية مفصّلة للموظف في السعودية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