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مدخل بيانات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[القسم]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[مسمى المشرف]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 / دوام جزئي]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تسجيل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[نوع المعلومات]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النظام]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بدقة وفي الوقت المحدد، لتبقى السجلات التي يعتمد عليها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[القسم]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كاملة وصحيحة.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إدخال البيانات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[الفواتير أو النماذج أو الطلبات أو غيرها]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النظام]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مطابقة المدخلات مع المستندات الأصلية قبل حفظها.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اكتشاف الأخطاء والتكرار والنواقص وتصحيحها.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تحديث السجلات القائمة عند ورود أي تغيير.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مسح المستندات ضوئيًا وتسميتها وفهرستها ليسهل الرجوع إليها.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تحقيق المستهدفات اليومية والأسبوعية للكمية والدقة.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تقارير ومستخرجات بسيطة من البيانات عند الطلب.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إبلاغ الجهة المرسلة بالأخطاء المتكررة في المستندات الأصلية.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حماية البيانات الشخصية والسرية وفق إجراءات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اتباع قواعد النسخ الاحتياطي والأرشفة للسجلات الورقية والإلكترونية.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 / دبلوم]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إدخال البيانات أو الأعمال الكتابية، أو دون خبرة للوظائف المبتدئة.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الكتابة السريعة والدقيقة على الحاسب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جيدة بـ Excel أو Google Sheets.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الاهتمام بالتفاصيل والصبر على المراجعة.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سرية المعلومات.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 أو عن بُعد]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مدخل بيانات: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