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المسمى الوظيفي: ممثل خدمة عملاء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القسم: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[خدمة العملاء]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[مشرف خدمة العملاء]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[حضوري / هجين / عن بُعد]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التوظيف: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[دوام كامل / بنظام الورديات]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الهدف من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الرد على عملاء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بسرعة ولباقة ودقة، وحل مشكلاتهم أو التأكد من أن الفريق المختص يحلها.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المهام والمسؤوليات الرئيسية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الرد على الاتصالات ورسائل واتساب والبريد والمحادثات ووسائل التواصل خلال أزمنة الرد المتفق عليها.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تسجيل كل حالة وتفاصيلها ونتيجتها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[نظام إدارة العملاء أو التذاكر]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حل الاستفسارات عن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[المنتجات أو الطلبات أو الحجوزات أو الحسابات]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بالاستعانة بقاعدة المعرفة.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تصعيد الحالات التي تحتاج فريقًا آخر ومتابعتها حتى إغلاقها.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التعامل مع الشكاوى بهدوء ووفق سياسة الشكاوى في المنشأة.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تنفيذ المرتجعات أو الاسترداد أو التعديلات في حدود الصلاحيات.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معاودة الاتصال بالعملاء عند حل الحالة أو تأخرها.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رفع المشكلات المتكررة واقتراحات العملاء إلى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[المشرف]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المساعدة في تحديث قاعدة المعرفة ونماذج الردود.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التحقق من هوية المتصل قبل الإفصاح عن بيانات الحساب، والمحافظة على سرية البيانات الشخصية.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تحقيق مستهدفات الجودة والإنتاجية مثل زمن الرد ورضا العملاء.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المؤهلات والخبرة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[شهادة الثانوية العامة / دبلوم / بكالوريوس]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خبرة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سنوات في خدمة العملاء، أو دون خبرة للوظائف المبتدئة.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المهارات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تواصل واضح ولبق بالعربية والإنجليزية حديثًا وكتابةً.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الصبر والهدوء مع العملاء الغاضبين.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الكتابة السريعة واستخدام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[نظام إدارة العملاء أو التذاكر]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بعد التدريب.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حل المشكلات والمتابعة حتى النهاية.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ظروف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[الأيام والساعات ونظام الورديات، في حدود نظام العمل]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مقر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[عنوان المكتب أو عن بُعد]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يومًا، بحد أقصى 180 يومًا، وفق العقد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والمزايا: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[نطاق الراتب أو «يُحدد عند المقابلة»]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[بدل السكن والنقل]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[التأمين الطبي]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طريقة التقديم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[طريقة التقديم وآخر موعد له]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وصف وظيفي خدمة العملاء: نموذج جاهز بالعربية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