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مساعد إداري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[القسم]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[مسمى المدير]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[المدينة]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[حضوري / هجين]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تقديم دعم مكتبي منظم وموثوق لـ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[المدير أو الفريق]</w:t>
      </w:r>
      <w:r>
        <w:rPr>
          <w:rFonts w:ascii="Arial" w:hAnsi="Arial" w:cs="Arial"/>
          <w:b w:val="0"/>
          <w:sz w:val="24"/>
          <w:rtl w:val="1"/>
          <w:szCs w:val="24"/>
        </w:rPr>
        <w:t>، لتسير الاجتماعات والمراسلات والسجلات بسلاسة.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إدارة المواعيد وترتيب الاجتماعات وحجز قاعاتها.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جداول الأعمال وتدوين محاضر الاجتماعات ومتابعة تنفيذ ما اتُّفق عليه.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صياغة الخطابات والمذكرات والرسائل بالعربية والإنجليزية.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تنظيم الملفات الورقية والإلكترونية بحيث يسهل الرجوع إليها.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حجز رحلات العمل والفنادق والتأشيرات وإعداد خطط السفر.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طلب المستلزمات المكتبية ورفع طلبات الشراء وفق سياسة المنشأة.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استقبال الزوار والرد على الاتصالات الخاصة بـ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[المدير أو الفريق]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متابعة المعاملات الواردة والصادرة ومواعيدها.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إعداد تقارير وعروض تقديمية بسيطة من البيانات المتاحة.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التنسيق مع الموارد البشرية والمالية والعلاقات الحكومية في مستندات الموظفين عند الطلب.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[دبلوم / بكالوريوس]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إدارة الأعمال أو تخصص ذي صلة.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الأعمال الإدارية أو المكتبية.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إجادة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[Microsoft Office / Google Workspace]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تواصل واضح بالعربية والإنجليزية كتابةً وحديثًا.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التنظيم والكتمان والاهتمام بالتفاصيل.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القدرة على التعامل مع عدة طلبات في وقت واحد والالتزام بالمواعيد.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مساعد إداري: نموذج جاهز بالعربية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